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DCE96" w14:textId="35D82F84" w:rsidR="00E570D7" w:rsidRDefault="0076005E" w:rsidP="0076005E">
      <w:pPr>
        <w:pStyle w:val="110"/>
        <w:spacing w:before="90" w:line="292" w:lineRule="auto"/>
        <w:ind w:right="3958"/>
      </w:pPr>
      <w:r>
        <w:rPr>
          <w:noProof/>
        </w:rPr>
        <w:drawing>
          <wp:inline distT="0" distB="0" distL="0" distR="0" wp14:anchorId="41A3A19C" wp14:editId="1A017A7D">
            <wp:extent cx="6720840" cy="924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2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4A67" w14:textId="77777777" w:rsidR="00E570D7" w:rsidRDefault="00E570D7" w:rsidP="00682AFF">
      <w:pPr>
        <w:pStyle w:val="110"/>
        <w:spacing w:before="90" w:line="292" w:lineRule="auto"/>
        <w:ind w:right="3958" w:firstLine="3580"/>
      </w:pPr>
    </w:p>
    <w:p w14:paraId="2C421947" w14:textId="77777777" w:rsidR="00E570D7" w:rsidRDefault="00E570D7" w:rsidP="00682AFF">
      <w:pPr>
        <w:pStyle w:val="110"/>
        <w:spacing w:before="90" w:line="292" w:lineRule="auto"/>
        <w:ind w:right="3958" w:firstLine="3580"/>
      </w:pPr>
    </w:p>
    <w:p w14:paraId="7ED073AF" w14:textId="77777777" w:rsidR="00E570D7" w:rsidRDefault="00E570D7" w:rsidP="00682AFF">
      <w:pPr>
        <w:pStyle w:val="110"/>
        <w:spacing w:before="90" w:line="292" w:lineRule="auto"/>
        <w:ind w:right="3958" w:firstLine="3580"/>
      </w:pPr>
    </w:p>
    <w:p w14:paraId="1DF2F7F0" w14:textId="77777777" w:rsidR="00E570D7" w:rsidRDefault="00E570D7" w:rsidP="00682AFF">
      <w:pPr>
        <w:pStyle w:val="110"/>
        <w:spacing w:before="90" w:line="292" w:lineRule="auto"/>
        <w:ind w:right="3958" w:firstLine="3580"/>
      </w:pPr>
    </w:p>
    <w:p w14:paraId="29395440" w14:textId="77777777" w:rsidR="00682AFF" w:rsidRDefault="00682AFF" w:rsidP="0066507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14:paraId="1761D3D3" w14:textId="77777777" w:rsidR="00682AFF" w:rsidRDefault="00682AFF" w:rsidP="0066507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</w:p>
    <w:p w14:paraId="1F07FE73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ПОЯСНИТЕЛЬНАЯ ЗАПИСКА</w:t>
      </w:r>
    </w:p>
    <w:p w14:paraId="10B94F7B" w14:textId="77777777" w:rsidR="00283F43" w:rsidRPr="00665075" w:rsidRDefault="000B4CB0" w:rsidP="00665075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Рабочая программа учебного предмета «Литературное чтение» для обучающихся 2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приоритеты духовно-нравственного развития, воспитания и социализации обучающихся,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сформулированные в Примерной программе воспитания.</w:t>
      </w:r>
    </w:p>
    <w:p w14:paraId="302AE306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ОБЩАЯ ХАРАКТЕРИСТИКА УЧЕБНОГО ПРЕДМЕТА «ЛИТЕРАТУРНОЕ ЧТЕНИЕ»</w:t>
      </w:r>
    </w:p>
    <w:p w14:paraId="78541FA3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144"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Курс «Литературное чтение» 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4E4EB4D6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144"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 </w:t>
      </w:r>
    </w:p>
    <w:p w14:paraId="3C7C6310" w14:textId="77777777" w:rsidR="00283F43" w:rsidRPr="00665075" w:rsidRDefault="000B4CB0" w:rsidP="00665075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В основу отбора произведений положены </w:t>
      </w:r>
      <w:proofErr w:type="spell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общедидактические</w:t>
      </w:r>
      <w:proofErr w:type="spell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принципы обучения: соответствие возрастным  возможностям и особенностям восприятия младшим школьником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«Литературное чтение» является представленность разных жанров, видов и стилей произведений, обеспечивающих формирование функциональной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литературной  грамотности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младшего  школьника,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начальной школы. </w:t>
      </w:r>
    </w:p>
    <w:p w14:paraId="0AF1372E" w14:textId="77777777" w:rsidR="00283F43" w:rsidRPr="00665075" w:rsidRDefault="000B4CB0" w:rsidP="00665075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62DE956F" w14:textId="77777777" w:rsidR="00283F43" w:rsidRPr="00665075" w:rsidRDefault="000B4CB0" w:rsidP="00665075">
      <w:pPr>
        <w:tabs>
          <w:tab w:val="left" w:pos="180"/>
        </w:tabs>
        <w:autoSpaceDE w:val="0"/>
        <w:autoSpaceDN w:val="0"/>
        <w:spacing w:after="0" w:line="240" w:lineRule="auto"/>
        <w:ind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1017A63C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На курс «Литературное чтение» во 2 классе отводится 136 ч. </w:t>
      </w:r>
    </w:p>
    <w:p w14:paraId="7650F647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ЦЕЛИ ИЗУЧЕНИЯ УЧЕБНОГО ПРЕДМЕТА «ЛИТЕРАТУРНОЕ ЧТЕНИЕ»</w:t>
      </w:r>
    </w:p>
    <w:p w14:paraId="1B0501A0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720"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Приоритетная </w:t>
      </w: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цель 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</w:t>
      </w:r>
    </w:p>
    <w:p w14:paraId="2A1C061B" w14:textId="77777777" w:rsidR="00283F43" w:rsidRPr="00665075" w:rsidRDefault="00283F43" w:rsidP="006650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283F43" w:rsidRPr="00665075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0230F61" w14:textId="77777777" w:rsidR="00283F43" w:rsidRPr="00665075" w:rsidRDefault="00283F43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2C11C05A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сформированность предметных и универсальных действий в процессе изучения </w:t>
      </w:r>
      <w:proofErr w:type="spellStart"/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предмета«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Литературное</w:t>
      </w:r>
      <w:proofErr w:type="spell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чтение» станут фундаментом обучения в основном звене школы, а также будут востребованы в жизни.</w:t>
      </w:r>
    </w:p>
    <w:p w14:paraId="400CF471" w14:textId="77777777" w:rsidR="00283F43" w:rsidRPr="00665075" w:rsidRDefault="000B4CB0" w:rsidP="00665075">
      <w:pPr>
        <w:tabs>
          <w:tab w:val="left" w:pos="180"/>
        </w:tabs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Достижение заявленной цели определяется особенностями курса литературного чтения и решением следующих задач:</w:t>
      </w:r>
    </w:p>
    <w:p w14:paraId="4C0A7249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47CF2F30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достижение необходимого для продолжения образования уровня общего речевого развития;</w:t>
      </w:r>
    </w:p>
    <w:p w14:paraId="72522804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576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54D60AA7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32638368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овладение элементарными умениями анализа и интерпретации текста, осознанного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использования при анализе текста изученных литературных понятий: прозаическая и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сюжет; эпизод, смысловые части; стихотворение (ритм, рифма); средства художественной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выразительности (сравнение, эпитет, олицетворение);</w:t>
      </w:r>
    </w:p>
    <w:p w14:paraId="2EB50559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14:paraId="719AF5A1" w14:textId="77777777" w:rsidR="00283F43" w:rsidRPr="00665075" w:rsidRDefault="00283F43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60CE1A92" w14:textId="77777777" w:rsidR="00283F43" w:rsidRPr="00665075" w:rsidRDefault="000B4CB0" w:rsidP="0066507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СОДЕРЖАНИЕ УЧЕБНОГО ПРЕДМЕТА</w:t>
      </w:r>
    </w:p>
    <w:p w14:paraId="5DDE4142" w14:textId="77777777" w:rsidR="00283F43" w:rsidRPr="00665075" w:rsidRDefault="000B4CB0" w:rsidP="00665075">
      <w:pPr>
        <w:tabs>
          <w:tab w:val="left" w:pos="180"/>
        </w:tabs>
        <w:autoSpaceDE w:val="0"/>
        <w:autoSpaceDN w:val="0"/>
        <w:spacing w:after="0" w:line="240" w:lineRule="auto"/>
        <w:ind w:left="6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О нашей Родине.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Круг чтения: произведения о Родине (на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примере  не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менее   трёх   стихотворений И. С. Никитина, Ф. П. Савинова, А. А. Прокофьева, Н. М. Рубцова, С. А. Есенина и др.).</w:t>
      </w:r>
    </w:p>
    <w:p w14:paraId="327A623C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и др.).</w:t>
      </w:r>
    </w:p>
    <w:p w14:paraId="1C1768CC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288"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Фольклор (устное народное творчество).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Произведения малых жанров фольклора (потешки, считалки, пословицы, скороговорки, небылицы, загадки по выбору). Шуточные фольклорные произведения — скороговорки, небылицы. Особенности скороговорок, их роль в речи. Игра со словом, «перевёртыш событий» как основа построения небылиц. Ритм и счёт —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— выражение народной мудрости, нравственная идея фольклорных сказок. Особенности сказок разного вида (о животных, бытовые, волшебные).</w:t>
      </w:r>
    </w:p>
    <w:p w14:paraId="491C1B26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576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14:paraId="564A4DC1" w14:textId="77777777" w:rsidR="00283F43" w:rsidRPr="00665075" w:rsidRDefault="000B4CB0" w:rsidP="00665075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Звуки и краски родной природы в разные времена года.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Тема природы в разные времена года (осень, зима, весна, лето) в произведениях литературы (по выбору, не менее пяти авторов).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и др.) и музыкальных произведениях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(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например,    произведения    П. И. Чайковского, А. Вивальди и др.). </w:t>
      </w:r>
    </w:p>
    <w:p w14:paraId="7B95D3DB" w14:textId="77777777" w:rsidR="00283F43" w:rsidRPr="00665075" w:rsidRDefault="000B4CB0" w:rsidP="0066507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О детях и дружбе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. Круг чтения: тема дружбы в художественном произведении (расширение круга чтения: не менее четырёх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произведений  С.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А. Баруздина,  Н. Н. Носова,  В. А. Осеевой, А. Гайдара, В.</w:t>
      </w:r>
    </w:p>
    <w:p w14:paraId="3DED643B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П. Катаева, И. П. </w:t>
      </w:r>
      <w:proofErr w:type="spell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Токмаковой</w:t>
      </w:r>
      <w:proofErr w:type="spell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, В. Ю. Драгунского, В. В. Лунина и др.).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14:paraId="572B0605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144"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Мир сказок.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 (например, народная сказка «Золотая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рыбка»  и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«Сказка  о рыбаке  и  рыбке» А. С. Пушкина, народная сказка «Морозко» и сказка «Мороз Иванович» В. Ф. Одоевского). Тема дружбы в произведениях зарубежных авторов.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2892DECF" w14:textId="77777777" w:rsidR="00283F43" w:rsidRPr="00665075" w:rsidRDefault="000B4CB0" w:rsidP="00665075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О братьях наших меньших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— тема литературы (произведения Д. Н. Мамина-Сибиряка, Е. И. Чарушина, В. В. Бианки, Г. А. </w:t>
      </w:r>
      <w:proofErr w:type="spell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Скребицкого</w:t>
      </w:r>
      <w:proofErr w:type="spell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, В. В. </w:t>
      </w:r>
      <w:proofErr w:type="spell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Чаплиной</w:t>
      </w:r>
      <w:proofErr w:type="spell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, С. В. Михалкова, Б. С. Житкова, С. В. Образцова, М. М.</w:t>
      </w:r>
    </w:p>
    <w:p w14:paraId="257A81BE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Пришвина и др.).  Отражение образов животных в фольклоре (русские народные песни, загадки,</w:t>
      </w:r>
    </w:p>
    <w:p w14:paraId="67D027FE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lastRenderedPageBreak/>
        <w:t>сказки). Герои стихотворных и прозаических произведений о животных. Описание животных в художественном и научно-познавательном тексте. Приёмы раскрытия автором отношений людей и животных. Нравственно-этические понятия: отношение человека к животным (любовь и забота).</w:t>
      </w:r>
    </w:p>
    <w:p w14:paraId="379B3089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Особенности басни как жанра литературы, прозаические и стихотворные   басни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(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на   примере произведений   И. А. Крылова, Л. Н. Толстого). Мораль басни как нравственный урок (поучение).</w:t>
      </w:r>
    </w:p>
    <w:p w14:paraId="57A1DBDF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576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Знакомство с художниками-иллюстраторами, анималистами (без использования термина): Е. И. Чарушин, В. В. Бианки.</w:t>
      </w:r>
    </w:p>
    <w:p w14:paraId="777CED9F" w14:textId="77777777" w:rsidR="00283F43" w:rsidRPr="00665075" w:rsidRDefault="000B4CB0" w:rsidP="00665075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О наших близких, о семье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 Тема семьи, детства, взаимоотношений взрослых и детей в творчестве писателей и фольклорных произведениях (по выбору).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14:paraId="0EB4F762" w14:textId="77777777" w:rsidR="00283F43" w:rsidRPr="00665075" w:rsidRDefault="000B4CB0" w:rsidP="00665075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Зарубежная литература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. Круг чтения: литературная (авторская) сказка (не менее двух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произведений): зарубежные писатели-сказочники (Ш. Перро, братья Гримм, Х.-К. Андерсен, Дж. Родари и др.). Характеристика авторской сказки: герои, особенности построения и языка. Сходство тем и сюжетов сказок разных народов. Тема дружбы в произведениях зарубежных авторов.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14:paraId="4F831F93" w14:textId="77777777" w:rsidR="00283F43" w:rsidRPr="00665075" w:rsidRDefault="000B4CB0" w:rsidP="00665075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Библиографическая </w:t>
      </w:r>
      <w:proofErr w:type="gramStart"/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культура(</w:t>
      </w:r>
      <w:proofErr w:type="gramEnd"/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работа  с  детской  книгой и справочной литературой)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. Книга как источник необходимых знаний. Элементы книги: содержание или оглавление, аннотация,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745F3459" w14:textId="77777777" w:rsidR="00283F43" w:rsidRPr="00665075" w:rsidRDefault="00283F43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03683465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ПЛАНИРУЕМЫЕ ОБРАЗОВАТЕЛЬНЫЕ РЕЗУЛЬТАТЫ</w:t>
      </w:r>
    </w:p>
    <w:p w14:paraId="4FAEB61F" w14:textId="77777777" w:rsidR="00283F43" w:rsidRPr="00665075" w:rsidRDefault="000B4CB0" w:rsidP="00665075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Изучение литературного чтения во 2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7C8D9C46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ЛИЧНОСТНЫЕ РЕЗУЛЬТАТЫ</w:t>
      </w:r>
    </w:p>
    <w:p w14:paraId="5FB1218A" w14:textId="77777777" w:rsidR="00283F43" w:rsidRPr="00665075" w:rsidRDefault="000B4CB0" w:rsidP="00665075">
      <w:pPr>
        <w:autoSpaceDE w:val="0"/>
        <w:autoSpaceDN w:val="0"/>
        <w:spacing w:after="0" w:line="240" w:lineRule="auto"/>
        <w:ind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</w:t>
      </w:r>
      <w:proofErr w:type="spellStart"/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чтение»отражают</w:t>
      </w:r>
      <w:proofErr w:type="spellEnd"/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29608B91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Гражданско-патриотическое воспитание:</w:t>
      </w:r>
    </w:p>
    <w:p w14:paraId="77D70ABF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0FC42FC2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7468EE61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788DF552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Духовно-нравственное воспитание:</w:t>
      </w:r>
    </w:p>
    <w:p w14:paraId="7909552E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7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7615B26E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396B1561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86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5C2007F9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неприятие любых форм поведения, направленных на причинение физического и морального вреда другим людям </w:t>
      </w:r>
    </w:p>
    <w:p w14:paraId="53DEBE36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Эстетическое воспитание:</w:t>
      </w:r>
    </w:p>
    <w:p w14:paraId="233406E5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1DF93A89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приобретение  эстетического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опыта  слушания,  чтения и эмоционально-эстетической оценки</w:t>
      </w:r>
    </w:p>
    <w:p w14:paraId="7D476E36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произведений фольклора и художественной литературы;</w:t>
      </w:r>
    </w:p>
    <w:p w14:paraId="385C02A8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86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понимание образного языка художественных произведений, выразительных средств, создающих художественный образ.</w:t>
      </w:r>
    </w:p>
    <w:p w14:paraId="3CDEB661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Физическое воспитание, формирование культуры здоровья эмоционального благополучия:</w:t>
      </w:r>
    </w:p>
    <w:p w14:paraId="47078ECA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соблюдение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правил  здорового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и  безопасного  (для  себя и других людей) образа жизни в окружающей среде (в том числе информационной);</w:t>
      </w:r>
    </w:p>
    <w:p w14:paraId="07FDB646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бережное отношение к физическому и психическому здоровью.</w:t>
      </w:r>
    </w:p>
    <w:p w14:paraId="2B465B92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Трудовое воспитание:</w:t>
      </w:r>
    </w:p>
    <w:p w14:paraId="4533B619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7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lastRenderedPageBreak/>
        <w:t>— 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6BDDB08D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Экологическое воспитание:</w:t>
      </w:r>
    </w:p>
    <w:p w14:paraId="32CAF866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2FA83F8A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неприятие действий, приносящих ей вред.</w:t>
      </w:r>
    </w:p>
    <w:p w14:paraId="649A6CD8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Ценности научного познания:</w:t>
      </w:r>
    </w:p>
    <w:p w14:paraId="134E80E6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45B3B6A5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овладение смысловым чтением для решения различного уровня учебных и жизненных задач;</w:t>
      </w:r>
    </w:p>
    <w:p w14:paraId="1A72AF89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3CC4DB35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МЕТАПРЕДМЕТНЫЕ РЕЗУЛЬТАТЫ</w:t>
      </w:r>
    </w:p>
    <w:p w14:paraId="671A622F" w14:textId="77777777" w:rsidR="00283F43" w:rsidRPr="00665075" w:rsidRDefault="000B4CB0" w:rsidP="00665075">
      <w:pPr>
        <w:tabs>
          <w:tab w:val="left" w:pos="180"/>
        </w:tabs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7A358E6C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базовые логические действия</w:t>
      </w:r>
      <w:r w:rsidRPr="0066507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:</w:t>
      </w:r>
    </w:p>
    <w:p w14:paraId="73A5ADE8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360D940B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объединять произведения по жанру, авторской принадлежности;</w:t>
      </w:r>
    </w:p>
    <w:p w14:paraId="41F54017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определять существенный признак для классификации, классифицировать произведения по темам, жанрам и видам;</w:t>
      </w:r>
    </w:p>
    <w:p w14:paraId="78A880E1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предложенному алгоритму;</w:t>
      </w:r>
    </w:p>
    <w:p w14:paraId="73651F5C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выявлять недостаток информации для решения учебной (практической) задачи на основе предложенного алгоритма;</w:t>
      </w:r>
    </w:p>
    <w:p w14:paraId="097114B8" w14:textId="77777777" w:rsidR="00665075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устанавливать причинно-следственные связи в сюжете фольклорного и художественного</w:t>
      </w:r>
      <w:r w:rsidR="00665075"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текста, при составлении плана, пересказе текста, характеристике поступков героев;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базовые исследовательские действия:</w:t>
      </w:r>
      <w:r w:rsidRPr="00665075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определять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разрыв между реальным и желательным состоянием объекта (ситуации) на основе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предложенных учителем вопросов;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формулировать с помощью учителя цель, планировать изменения объекта, ситуации;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</w:p>
    <w:p w14:paraId="523499E7" w14:textId="77777777" w:rsidR="00283F43" w:rsidRPr="00665075" w:rsidRDefault="000B4CB0" w:rsidP="00665075">
      <w:pPr>
        <w:tabs>
          <w:tab w:val="left" w:pos="420"/>
        </w:tabs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сравнивать несколько вариантов решения задачи, выбирать наиболее подходящий (на основе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предложенных критериев);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проводить по предложенному плану опыт, несложное исследование по установлению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особенностей объекта изучения и связей между объектами (часть — целое, причина —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следствие);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формулировать выводы и подкреплять их доказательствами на основе результатов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проведённого наблюдения (опыта, классификации, сравнения, исследования);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прогнозировать возможное развитие процессов, событий и их последствия в аналогичных или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сходных ситуациях;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работа с информацией:</w:t>
      </w:r>
      <w:r w:rsidRPr="00665075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выбирать источник получения информации;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согласно заданному алгоритму находить в предложенном источнике информацию,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представленную в явном виде;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распознавать достоверную и недостоверную информацию самостоятельно или на основании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предложенного учителем способа её проверки;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соблюдать с помощью взрослых (учителей, родителей (законных представителей) правила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информационной безопасности при поиске информации в сети Интернет;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анализировать и создавать текстовую, видео, графическую, звуковую информацию в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соответствии с учебной задачей;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самостоятельно создавать схемы, таблицы для представления информации.</w:t>
      </w:r>
    </w:p>
    <w:p w14:paraId="47012290" w14:textId="77777777" w:rsidR="00665075" w:rsidRPr="00665075" w:rsidRDefault="000B4CB0" w:rsidP="00665075">
      <w:pPr>
        <w:tabs>
          <w:tab w:val="left" w:pos="180"/>
          <w:tab w:val="left" w:pos="420"/>
        </w:tabs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К концу обучения в начальной школе у обучающегося формируются </w:t>
      </w: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коммуникативные 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универсальные учебные действия: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b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общение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: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воспринимать и формулировать суждения, выражать эмоции в соответствии с целями и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условиями общения в знакомой среде;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проявлять уважительное отношение к собеседнику, соблюдать правила ведения диалога и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дискуссии;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признавать возможность существования разных точек зрения;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корректно и аргументированно высказывать своё мнение;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lastRenderedPageBreak/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строить речевое высказывание в соответствии с поставленной задачей;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создавать устные и письменные тексты (описание, рассуждение, повествование);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</w:p>
    <w:p w14:paraId="1197BA85" w14:textId="77777777" w:rsidR="00283F43" w:rsidRPr="00665075" w:rsidRDefault="000B4CB0" w:rsidP="00665075">
      <w:pPr>
        <w:tabs>
          <w:tab w:val="left" w:pos="180"/>
          <w:tab w:val="left" w:pos="420"/>
        </w:tabs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готовить небольшие публичные выступления;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подбирать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иллюстративный материал (рисунки, фото, плакаты) к тексту выступления.</w:t>
      </w:r>
    </w:p>
    <w:p w14:paraId="04DB2962" w14:textId="77777777" w:rsidR="00283F43" w:rsidRPr="00665075" w:rsidRDefault="00283F43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66CF3664" w14:textId="77777777" w:rsidR="00283F43" w:rsidRPr="00665075" w:rsidRDefault="000B4CB0" w:rsidP="00665075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К концу обучения в начальной школе у обучающегося формируются </w:t>
      </w: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регулятивные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универсальные учебные действия: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66507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самоорганизация</w:t>
      </w: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:</w:t>
      </w:r>
    </w:p>
    <w:p w14:paraId="36669776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планировать действия по решению учебной задачи для получения результата;</w:t>
      </w:r>
    </w:p>
    <w:p w14:paraId="18CD4A62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выстраивать последовательность выбранных действий;</w:t>
      </w:r>
    </w:p>
    <w:p w14:paraId="16AB5424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  <w:t>самоконтроль</w:t>
      </w: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:</w:t>
      </w:r>
    </w:p>
    <w:p w14:paraId="45C7A7F1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устанавливать причины успеха/неудач учебной деятельности;</w:t>
      </w:r>
    </w:p>
    <w:p w14:paraId="1782B19A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корректировать свои учебные действия для преодоления ошибок.</w:t>
      </w:r>
    </w:p>
    <w:p w14:paraId="0BE42DC0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Совместная деятельность:</w:t>
      </w:r>
    </w:p>
    <w:p w14:paraId="4BBBD932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008820B8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15BE640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проявлять готовность руководить, выполнять поручения, подчиняться;</w:t>
      </w:r>
    </w:p>
    <w:p w14:paraId="3D9CC998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ответственно выполнять свою часть работы;</w:t>
      </w:r>
    </w:p>
    <w:p w14:paraId="42EE8EDE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оценивать свой вклад в общий результат;</w:t>
      </w:r>
    </w:p>
    <w:p w14:paraId="54EBA02E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выполнять совместные проектные задания с опорой на предложенные образцы.</w:t>
      </w:r>
    </w:p>
    <w:p w14:paraId="6E6CF420" w14:textId="77777777" w:rsidR="00283F43" w:rsidRPr="00665075" w:rsidRDefault="000B4CB0" w:rsidP="0066507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>ПРЕДМЕТНЫЕ РЕЗУЛЬТАТЫ</w:t>
      </w:r>
    </w:p>
    <w:p w14:paraId="64DE73A6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576" w:firstLine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4507833E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К концу обучения</w:t>
      </w:r>
      <w:r w:rsidRPr="0066507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 во втором классе</w:t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обучающийся научится:</w:t>
      </w:r>
    </w:p>
    <w:p w14:paraId="4C42B67E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объяснять важность  чтения  для  решения  учебных  задач и применения в различных жизненных ситуациях:  переходить от чтения вслух к чтению про себя в соответствии с учебной задачей, обращаться к разным видам чтения (изучающее, ознакомительное, поисковое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365FD8DD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читать вслух целыми словами без пропусков и перестановок букв и слогов доступные по восприятию и небольшие по объёму прозаические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и  стихотворные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произведения  в  темпе не менее 40 слов в минуту (без отметочного оценивания);</w:t>
      </w:r>
    </w:p>
    <w:p w14:paraId="160F6F01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100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14:paraId="69222F3C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86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различать прозаическую и стихотворную речь: называть особенности стихотворного произведения (ритм, рифма);</w:t>
      </w:r>
    </w:p>
    <w:p w14:paraId="5F7B01A3" w14:textId="77777777" w:rsidR="00283F43" w:rsidRPr="00665075" w:rsidRDefault="000B4CB0" w:rsidP="00665075">
      <w:pPr>
        <w:autoSpaceDE w:val="0"/>
        <w:autoSpaceDN w:val="0"/>
        <w:spacing w:after="0" w:line="240" w:lineRule="auto"/>
        <w:ind w:left="420" w:right="86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14:paraId="0CFAB930" w14:textId="77777777" w:rsidR="00283F43" w:rsidRPr="00665075" w:rsidRDefault="00283F43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099F1A4B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14:paraId="37C05709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14:paraId="68D7B90D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14:paraId="36E31E2F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14:paraId="4209D195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14:paraId="0DBA192C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14:paraId="376470DF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576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пересказывать (устно) содержание произведения подробно, выборочно, от лица героя, от третьего лица;</w:t>
      </w:r>
    </w:p>
    <w:p w14:paraId="234AE438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28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lastRenderedPageBreak/>
        <w:t>—  читать по ролям с соблюдением норм произношения, расстановки ударения, инсценировать небольшие эпизоды из произведения;</w:t>
      </w:r>
    </w:p>
    <w:p w14:paraId="0B21FD95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864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составлять высказывания на заданную тему по содержанию произведения (не менее 5 предложений);</w:t>
      </w:r>
    </w:p>
    <w:p w14:paraId="3209EA50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сочинять по аналогии с прочитанным загадки, небольшие сказки, рассказы;</w:t>
      </w:r>
    </w:p>
    <w:p w14:paraId="416EC6D8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720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ориентироваться в книге/учебнике по обложке, оглавлению, аннотации, иллюстрациям, предисловию, условным обозначениям;</w:t>
      </w:r>
    </w:p>
    <w:p w14:paraId="51CF26C2" w14:textId="77777777" w:rsidR="00283F43" w:rsidRPr="00665075" w:rsidRDefault="000B4CB0" w:rsidP="0066507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—  выбирать книги для самостоятельного чтения с учётом рекомендательного </w:t>
      </w:r>
      <w:proofErr w:type="gramStart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списка,  используя</w:t>
      </w:r>
      <w:proofErr w:type="gramEnd"/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картотеки,  рассказывать о прочитанной книге;</w:t>
      </w:r>
    </w:p>
    <w:p w14:paraId="130EB599" w14:textId="77777777" w:rsidR="00283F43" w:rsidRPr="00665075" w:rsidRDefault="000B4CB0" w:rsidP="00665075">
      <w:pPr>
        <w:autoSpaceDE w:val="0"/>
        <w:autoSpaceDN w:val="0"/>
        <w:spacing w:after="0" w:line="240" w:lineRule="auto"/>
        <w:ind w:right="1008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—  использовать справочную литературу для получения дополнительной информации в соответствии с учебной задачей.</w:t>
      </w:r>
    </w:p>
    <w:p w14:paraId="36596F3F" w14:textId="77777777" w:rsidR="00283F43" w:rsidRPr="00665075" w:rsidRDefault="00283F43" w:rsidP="006650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200D945D" w14:textId="77777777" w:rsidR="00665075" w:rsidRPr="00682AFF" w:rsidRDefault="00665075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682AFF">
        <w:rPr>
          <w:rFonts w:ascii="Times New Roman" w:hAnsi="Times New Roman" w:cs="Times New Roman"/>
          <w:b/>
          <w:sz w:val="20"/>
          <w:szCs w:val="20"/>
          <w:lang w:val="ru-RU"/>
        </w:rPr>
        <w:br w:type="page"/>
      </w:r>
    </w:p>
    <w:p w14:paraId="44016A68" w14:textId="77777777" w:rsidR="0077385B" w:rsidRPr="00665075" w:rsidRDefault="00FC236C" w:rsidP="007557C6">
      <w:pPr>
        <w:spacing w:after="0" w:line="240" w:lineRule="auto"/>
        <w:ind w:left="10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pict w14:anchorId="096DE5D7">
          <v:rect id="Rectangle 5" o:spid="_x0000_s1026" style="position:absolute;left:0;text-align:left;margin-left:33.3pt;margin-top:17.65pt;width:775.65pt;height:.6pt;z-index:-251660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IG7UO3YCAAD5BAAADgAA&#10;AAAAAAAAAAAAAAAuAgAAZHJzL2Uyb0RvYy54bWxQSwECLQAUAAYACAAAACEAT+xrnd8AAAAJAQAA&#10;DwAAAAAAAAAAAAAAAADQBAAAZHJzL2Rvd25yZXYueG1sUEsFBgAAAAAEAAQA8wAAANwFAAAAAA==&#10;" fillcolor="black" stroked="f">
            <w10:wrap type="topAndBottom" anchorx="page"/>
          </v:rect>
        </w:pict>
      </w:r>
      <w:r w:rsidR="0077385B" w:rsidRPr="00665075">
        <w:rPr>
          <w:rFonts w:ascii="Times New Roman" w:hAnsi="Times New Roman" w:cs="Times New Roman"/>
          <w:b/>
          <w:sz w:val="20"/>
          <w:szCs w:val="20"/>
        </w:rPr>
        <w:t>ТЕМАТИЧЕСКОЕ</w:t>
      </w:r>
      <w:r w:rsidR="0077385B" w:rsidRPr="00665075">
        <w:rPr>
          <w:rFonts w:ascii="Times New Roman" w:hAnsi="Times New Roman" w:cs="Times New Roman"/>
          <w:b/>
          <w:spacing w:val="9"/>
          <w:sz w:val="20"/>
          <w:szCs w:val="20"/>
        </w:rPr>
        <w:t xml:space="preserve"> </w:t>
      </w:r>
      <w:r w:rsidR="0077385B" w:rsidRPr="00665075">
        <w:rPr>
          <w:rFonts w:ascii="Times New Roman" w:hAnsi="Times New Roman" w:cs="Times New Roman"/>
          <w:b/>
          <w:sz w:val="20"/>
          <w:szCs w:val="20"/>
        </w:rPr>
        <w:t>ПЛАНИРОВАНИЕ</w:t>
      </w:r>
    </w:p>
    <w:p w14:paraId="055C0195" w14:textId="77777777" w:rsidR="0077385B" w:rsidRPr="00665075" w:rsidRDefault="0077385B" w:rsidP="00665075">
      <w:pPr>
        <w:pStyle w:val="a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873"/>
        <w:gridCol w:w="528"/>
        <w:gridCol w:w="1104"/>
        <w:gridCol w:w="1140"/>
        <w:gridCol w:w="864"/>
        <w:gridCol w:w="6207"/>
        <w:gridCol w:w="828"/>
        <w:gridCol w:w="2485"/>
      </w:tblGrid>
      <w:tr w:rsidR="0077385B" w:rsidRPr="00665075" w14:paraId="55947E3F" w14:textId="77777777" w:rsidTr="00270998">
        <w:trPr>
          <w:trHeight w:val="333"/>
        </w:trPr>
        <w:tc>
          <w:tcPr>
            <w:tcW w:w="468" w:type="dxa"/>
            <w:vMerge w:val="restart"/>
          </w:tcPr>
          <w:p w14:paraId="35B576E3" w14:textId="77777777" w:rsidR="0077385B" w:rsidRPr="00665075" w:rsidRDefault="0077385B" w:rsidP="00665075">
            <w:pPr>
              <w:pStyle w:val="TableParagraph"/>
              <w:ind w:left="76" w:right="134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№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w w:val="105"/>
                <w:sz w:val="20"/>
                <w:szCs w:val="20"/>
              </w:rPr>
              <w:t>п/п</w:t>
            </w:r>
          </w:p>
        </w:tc>
        <w:tc>
          <w:tcPr>
            <w:tcW w:w="1873" w:type="dxa"/>
            <w:vMerge w:val="restart"/>
          </w:tcPr>
          <w:p w14:paraId="0D9EC06E" w14:textId="77777777" w:rsidR="0077385B" w:rsidRPr="00665075" w:rsidRDefault="0077385B" w:rsidP="00665075">
            <w:pPr>
              <w:pStyle w:val="TableParagraph"/>
              <w:ind w:left="76" w:right="58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w w:val="105"/>
                <w:sz w:val="20"/>
                <w:szCs w:val="20"/>
              </w:rPr>
              <w:t>Наименование разделов</w:t>
            </w:r>
            <w:r w:rsidRPr="00665075">
              <w:rPr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и</w:t>
            </w:r>
            <w:r w:rsidRPr="00665075">
              <w:rPr>
                <w:b/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тем</w:t>
            </w:r>
            <w:r w:rsidRPr="00665075">
              <w:rPr>
                <w:b/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1E48E6E6" w14:textId="77777777" w:rsidR="0077385B" w:rsidRPr="00665075" w:rsidRDefault="0077385B" w:rsidP="00665075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w w:val="105"/>
                <w:sz w:val="20"/>
                <w:szCs w:val="20"/>
              </w:rPr>
              <w:t>Количество</w:t>
            </w:r>
            <w:r w:rsidRPr="00665075">
              <w:rPr>
                <w:b/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6DCEBC1A" w14:textId="77777777" w:rsidR="0077385B" w:rsidRPr="00665075" w:rsidRDefault="0077385B" w:rsidP="00665075">
            <w:pPr>
              <w:pStyle w:val="TableParagraph"/>
              <w:ind w:left="78" w:right="100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Дата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w w:val="105"/>
                <w:sz w:val="20"/>
                <w:szCs w:val="20"/>
              </w:rPr>
              <w:t>изучения</w:t>
            </w:r>
          </w:p>
        </w:tc>
        <w:tc>
          <w:tcPr>
            <w:tcW w:w="6207" w:type="dxa"/>
            <w:vMerge w:val="restart"/>
          </w:tcPr>
          <w:p w14:paraId="2F131447" w14:textId="77777777" w:rsidR="0077385B" w:rsidRPr="00665075" w:rsidRDefault="0077385B" w:rsidP="00665075">
            <w:pPr>
              <w:pStyle w:val="TableParagraph"/>
              <w:ind w:left="78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w w:val="105"/>
                <w:sz w:val="20"/>
                <w:szCs w:val="20"/>
              </w:rPr>
              <w:t>Виды</w:t>
            </w:r>
            <w:r w:rsidRPr="00665075">
              <w:rPr>
                <w:b/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w w:val="105"/>
                <w:sz w:val="20"/>
                <w:szCs w:val="20"/>
              </w:rPr>
              <w:t>деятельности</w:t>
            </w:r>
          </w:p>
        </w:tc>
        <w:tc>
          <w:tcPr>
            <w:tcW w:w="828" w:type="dxa"/>
            <w:vMerge w:val="restart"/>
          </w:tcPr>
          <w:p w14:paraId="09FDB1C0" w14:textId="77777777" w:rsidR="0077385B" w:rsidRPr="00665075" w:rsidRDefault="0077385B" w:rsidP="00665075">
            <w:pPr>
              <w:pStyle w:val="TableParagraph"/>
              <w:ind w:left="79" w:right="44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Виды,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формы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w w:val="105"/>
                <w:sz w:val="20"/>
                <w:szCs w:val="20"/>
              </w:rPr>
              <w:t>контроля</w:t>
            </w:r>
          </w:p>
        </w:tc>
        <w:tc>
          <w:tcPr>
            <w:tcW w:w="2485" w:type="dxa"/>
            <w:vMerge w:val="restart"/>
          </w:tcPr>
          <w:p w14:paraId="6498D0F0" w14:textId="77777777" w:rsidR="0077385B" w:rsidRPr="00665075" w:rsidRDefault="0077385B" w:rsidP="00665075">
            <w:pPr>
              <w:pStyle w:val="TableParagraph"/>
              <w:ind w:left="80" w:right="539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w w:val="105"/>
                <w:sz w:val="20"/>
                <w:szCs w:val="20"/>
              </w:rPr>
              <w:t>Электронные (цифровые)</w:t>
            </w:r>
            <w:r w:rsidRPr="00665075">
              <w:rPr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w w:val="105"/>
                <w:sz w:val="20"/>
                <w:szCs w:val="20"/>
              </w:rPr>
              <w:t>образовательные</w:t>
            </w:r>
            <w:r w:rsidRPr="00665075">
              <w:rPr>
                <w:b/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w w:val="105"/>
                <w:sz w:val="20"/>
                <w:szCs w:val="20"/>
              </w:rPr>
              <w:t>ресурсы</w:t>
            </w:r>
          </w:p>
        </w:tc>
      </w:tr>
      <w:tr w:rsidR="0077385B" w:rsidRPr="00665075" w14:paraId="23FA541B" w14:textId="77777777" w:rsidTr="00270998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14:paraId="3CBC28C7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14:paraId="197537BB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E7C7D1" w14:textId="77777777" w:rsidR="0077385B" w:rsidRPr="00665075" w:rsidRDefault="0077385B" w:rsidP="00665075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всего</w:t>
            </w:r>
          </w:p>
        </w:tc>
        <w:tc>
          <w:tcPr>
            <w:tcW w:w="1104" w:type="dxa"/>
          </w:tcPr>
          <w:p w14:paraId="16E97053" w14:textId="77777777" w:rsidR="0077385B" w:rsidRPr="00665075" w:rsidRDefault="0077385B" w:rsidP="00665075">
            <w:pPr>
              <w:pStyle w:val="TableParagraph"/>
              <w:ind w:left="77" w:right="43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w w:val="105"/>
                <w:sz w:val="20"/>
                <w:szCs w:val="20"/>
              </w:rPr>
              <w:t>контрольные</w:t>
            </w:r>
            <w:r w:rsidRPr="00665075">
              <w:rPr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работы</w:t>
            </w:r>
          </w:p>
        </w:tc>
        <w:tc>
          <w:tcPr>
            <w:tcW w:w="1140" w:type="dxa"/>
          </w:tcPr>
          <w:p w14:paraId="1486DA00" w14:textId="77777777" w:rsidR="0077385B" w:rsidRPr="00665075" w:rsidRDefault="0077385B" w:rsidP="00665075">
            <w:pPr>
              <w:pStyle w:val="TableParagraph"/>
              <w:ind w:left="77" w:right="44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w w:val="105"/>
                <w:sz w:val="20"/>
                <w:szCs w:val="20"/>
              </w:rPr>
              <w:t>практические</w:t>
            </w:r>
            <w:r w:rsidRPr="00665075">
              <w:rPr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1465EE2C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7" w:type="dxa"/>
            <w:vMerge/>
            <w:tcBorders>
              <w:top w:val="nil"/>
            </w:tcBorders>
          </w:tcPr>
          <w:p w14:paraId="256EBBFE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14:paraId="242EC6FB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14:paraId="31945E81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85B" w:rsidRPr="0076005E" w14:paraId="19653C0A" w14:textId="77777777" w:rsidTr="00270998">
        <w:trPr>
          <w:trHeight w:val="4367"/>
        </w:trPr>
        <w:tc>
          <w:tcPr>
            <w:tcW w:w="468" w:type="dxa"/>
          </w:tcPr>
          <w:p w14:paraId="5579501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.1.</w:t>
            </w:r>
          </w:p>
        </w:tc>
        <w:tc>
          <w:tcPr>
            <w:tcW w:w="1873" w:type="dxa"/>
          </w:tcPr>
          <w:p w14:paraId="2A02A314" w14:textId="77777777" w:rsidR="0077385B" w:rsidRPr="00665075" w:rsidRDefault="0077385B" w:rsidP="00665075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О</w:t>
            </w:r>
            <w:r w:rsidRPr="00665075">
              <w:rPr>
                <w:b/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нашей</w:t>
            </w:r>
            <w:r w:rsidRPr="00665075">
              <w:rPr>
                <w:b/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Родине</w:t>
            </w:r>
          </w:p>
        </w:tc>
        <w:tc>
          <w:tcPr>
            <w:tcW w:w="528" w:type="dxa"/>
          </w:tcPr>
          <w:p w14:paraId="4237017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6</w:t>
            </w:r>
          </w:p>
        </w:tc>
        <w:tc>
          <w:tcPr>
            <w:tcW w:w="1104" w:type="dxa"/>
          </w:tcPr>
          <w:p w14:paraId="534126B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0576786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864" w:type="dxa"/>
          </w:tcPr>
          <w:p w14:paraId="2CF58C9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631F44C9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изучения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данного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раздела.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Слушание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стихотворных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произведений;</w:t>
            </w:r>
          </w:p>
          <w:p w14:paraId="419EBB3F" w14:textId="77777777" w:rsidR="0077385B" w:rsidRPr="00665075" w:rsidRDefault="0077385B" w:rsidP="00665075">
            <w:pPr>
              <w:pStyle w:val="TableParagraph"/>
              <w:ind w:left="78" w:right="997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оценка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своей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="00665075" w:rsidRPr="00665075">
              <w:rPr>
                <w:spacing w:val="-1"/>
                <w:w w:val="105"/>
                <w:sz w:val="20"/>
                <w:szCs w:val="20"/>
              </w:rPr>
              <w:t>эмоцио</w:t>
            </w:r>
            <w:r w:rsidRPr="00665075">
              <w:rPr>
                <w:spacing w:val="-1"/>
                <w:w w:val="105"/>
                <w:sz w:val="20"/>
                <w:szCs w:val="20"/>
              </w:rPr>
              <w:t>нальной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реакции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прослушанное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произведение;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 темы (не менее трёх стихотворений). Например;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стихотворения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Никитина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«Русь»;</w:t>
            </w:r>
          </w:p>
          <w:p w14:paraId="01822CC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Ф.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Савинова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«Родина»;</w:t>
            </w:r>
          </w:p>
          <w:p w14:paraId="79FC1C9D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Про-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кофьева</w:t>
            </w:r>
            <w:proofErr w:type="spellEnd"/>
            <w:proofErr w:type="gramEnd"/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«Родина»;</w:t>
            </w:r>
          </w:p>
          <w:p w14:paraId="57E2A2D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Рубцова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«Россия.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Русь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—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куда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я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ни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взгляну…»;</w:t>
            </w:r>
          </w:p>
          <w:p w14:paraId="2C8D84B2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З. Н. Александровой «Родина». Участие в учебном диалоге: выделение и обсуждение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главной мысли произведения — любовь к Родине неотделима от любви к родной </w:t>
            </w:r>
            <w:r w:rsidRPr="00665075">
              <w:rPr>
                <w:w w:val="105"/>
                <w:sz w:val="20"/>
                <w:szCs w:val="20"/>
              </w:rPr>
              <w:t>земле и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её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природе.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текстом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произведения: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читать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отдельные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строфы;</w:t>
            </w:r>
          </w:p>
          <w:p w14:paraId="4C2866C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задание на поисковое чтение: ответы на вопросы. Например: в чём раскрывается истинная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красота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родной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земли?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Беседа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тему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«Родина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бывает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разная;</w:t>
            </w:r>
          </w:p>
          <w:p w14:paraId="44FC7A8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но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у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всех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она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одна…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(З.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Александрова)»;</w:t>
            </w:r>
          </w:p>
          <w:p w14:paraId="24F62FEB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составление своего высказывания по содержанию произведения (не менее 5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предложений).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Чтение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вслух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прозаических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изучаемой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теме.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Например;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Т.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Романовский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«Русь»;</w:t>
            </w:r>
          </w:p>
          <w:p w14:paraId="139902C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К.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Паустовский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«Мещёрская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сторона»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(отрывки)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др.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Распознавание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прозаического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стихотворного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произведений;</w:t>
            </w:r>
          </w:p>
          <w:p w14:paraId="700CF6F7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сравнение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разных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авторов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одну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тему;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="00665075" w:rsidRPr="00665075">
              <w:rPr>
                <w:w w:val="105"/>
                <w:sz w:val="20"/>
                <w:szCs w:val="20"/>
              </w:rPr>
              <w:t>заполне</w:t>
            </w:r>
            <w:r w:rsidRPr="00665075">
              <w:rPr>
                <w:w w:val="105"/>
                <w:sz w:val="20"/>
                <w:szCs w:val="20"/>
              </w:rPr>
              <w:t>ние таблицы;</w:t>
            </w:r>
          </w:p>
          <w:p w14:paraId="3C6B5E09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проверка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результатов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своей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работы.;</w:t>
            </w:r>
          </w:p>
        </w:tc>
        <w:tc>
          <w:tcPr>
            <w:tcW w:w="828" w:type="dxa"/>
          </w:tcPr>
          <w:p w14:paraId="7E03664B" w14:textId="77777777" w:rsidR="0077385B" w:rsidRPr="00665075" w:rsidRDefault="0077385B" w:rsidP="00665075">
            <w:pPr>
              <w:pStyle w:val="TableParagraph"/>
              <w:ind w:left="79" w:right="62"/>
              <w:rPr>
                <w:spacing w:val="-1"/>
                <w:w w:val="105"/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Устный опрос</w:t>
            </w:r>
            <w:r w:rsidRPr="00665075">
              <w:rPr>
                <w:spacing w:val="-1"/>
                <w:w w:val="105"/>
                <w:sz w:val="20"/>
                <w:szCs w:val="20"/>
              </w:rPr>
              <w:t>;</w:t>
            </w:r>
          </w:p>
          <w:p w14:paraId="63784215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Контрольная работа</w:t>
            </w:r>
          </w:p>
        </w:tc>
        <w:tc>
          <w:tcPr>
            <w:tcW w:w="2485" w:type="dxa"/>
          </w:tcPr>
          <w:p w14:paraId="178BFCC4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9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10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706CBC93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11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168B3749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12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75D4A3F0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79A225C5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5C8FF2DF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  <w:tr w:rsidR="0077385B" w:rsidRPr="0076005E" w14:paraId="6A6AF75E" w14:textId="77777777" w:rsidTr="007557C6">
        <w:trPr>
          <w:trHeight w:val="1112"/>
        </w:trPr>
        <w:tc>
          <w:tcPr>
            <w:tcW w:w="468" w:type="dxa"/>
          </w:tcPr>
          <w:p w14:paraId="5BBD1C1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1.2.</w:t>
            </w:r>
          </w:p>
        </w:tc>
        <w:tc>
          <w:tcPr>
            <w:tcW w:w="1873" w:type="dxa"/>
          </w:tcPr>
          <w:p w14:paraId="00EC14CC" w14:textId="77777777" w:rsidR="0077385B" w:rsidRPr="00665075" w:rsidRDefault="0077385B" w:rsidP="00665075">
            <w:pPr>
              <w:pStyle w:val="TableParagraph"/>
              <w:ind w:left="76" w:right="293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Фольклор (устное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w w:val="105"/>
                <w:sz w:val="20"/>
                <w:szCs w:val="20"/>
              </w:rPr>
              <w:t>народное</w:t>
            </w:r>
            <w:r w:rsidRPr="00665075">
              <w:rPr>
                <w:b/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w w:val="105"/>
                <w:sz w:val="20"/>
                <w:szCs w:val="20"/>
              </w:rPr>
              <w:t>творчество</w:t>
            </w:r>
          </w:p>
        </w:tc>
        <w:tc>
          <w:tcPr>
            <w:tcW w:w="528" w:type="dxa"/>
          </w:tcPr>
          <w:p w14:paraId="7BE6998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16</w:t>
            </w:r>
          </w:p>
        </w:tc>
        <w:tc>
          <w:tcPr>
            <w:tcW w:w="1104" w:type="dxa"/>
          </w:tcPr>
          <w:p w14:paraId="589D559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26EA77F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864" w:type="dxa"/>
          </w:tcPr>
          <w:p w14:paraId="0C0962AD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5F1B4ACE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Участие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учебном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диалоге: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значения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пословицы;</w:t>
            </w:r>
          </w:p>
          <w:p w14:paraId="3511B76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пословица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как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главная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мысль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Упражнение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чтении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вслух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целыми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словами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малых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жанровфольклора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: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потешек;</w:t>
            </w:r>
          </w:p>
          <w:p w14:paraId="03B49EFE" w14:textId="77777777" w:rsidR="0077385B" w:rsidRPr="00665075" w:rsidRDefault="0077385B" w:rsidP="00665075">
            <w:pPr>
              <w:pStyle w:val="TableParagraph"/>
              <w:ind w:left="78" w:right="5150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считалок;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скороговорок;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небылиц;</w:t>
            </w:r>
          </w:p>
          <w:p w14:paraId="434423D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загадок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выбору).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Групповая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работа: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скороговорок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увеличением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темпа;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проведение конкурса «Лучший чтец скороговорок». Работа с текстом: анализ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юмористических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событий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небыли-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цах</w:t>
            </w:r>
            <w:proofErr w:type="spellEnd"/>
            <w:proofErr w:type="gramEnd"/>
            <w:r w:rsidRPr="00665075">
              <w:rPr>
                <w:w w:val="105"/>
                <w:sz w:val="20"/>
                <w:szCs w:val="20"/>
              </w:rPr>
              <w:t>;</w:t>
            </w:r>
          </w:p>
          <w:p w14:paraId="281F66A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созвучных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(рифмованных)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Упражнение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народных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песен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учётом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назначения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колыбель-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ные</w:t>
            </w:r>
            <w:proofErr w:type="spellEnd"/>
            <w:proofErr w:type="gramEnd"/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—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lastRenderedPageBreak/>
              <w:t>спокойно;</w:t>
            </w:r>
          </w:p>
          <w:p w14:paraId="57B16743" w14:textId="77777777" w:rsidR="0077385B" w:rsidRPr="00665075" w:rsidRDefault="0077385B" w:rsidP="00665075">
            <w:pPr>
              <w:pStyle w:val="TableParagraph"/>
              <w:ind w:left="78" w:right="499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медленно;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чтобы</w:t>
            </w:r>
            <w:r w:rsidRPr="00665075">
              <w:rPr>
                <w:spacing w:val="20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убаюкать;</w:t>
            </w:r>
          </w:p>
          <w:p w14:paraId="4BD34C55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хороводные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—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65075">
              <w:rPr>
                <w:w w:val="105"/>
                <w:sz w:val="20"/>
                <w:szCs w:val="20"/>
              </w:rPr>
              <w:t>ве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село</w:t>
            </w:r>
            <w:proofErr w:type="gramEnd"/>
            <w:r w:rsidRPr="00665075">
              <w:rPr>
                <w:w w:val="105"/>
                <w:sz w:val="20"/>
                <w:szCs w:val="20"/>
              </w:rPr>
              <w:t>;</w:t>
            </w:r>
          </w:p>
          <w:p w14:paraId="04242E4D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радостно</w:t>
            </w:r>
            <w:r w:rsidRPr="00665075">
              <w:rPr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для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передачи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состояний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разных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явлений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приро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ды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);</w:t>
            </w:r>
          </w:p>
          <w:p w14:paraId="7B10F62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выделение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ключевых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слов.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Чтение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загадок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и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объединение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их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темам.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Упражнение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распознавание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отдельных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малых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жанров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фольклора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(потешка;</w:t>
            </w:r>
          </w:p>
          <w:p w14:paraId="54BFCFCB" w14:textId="77777777" w:rsidR="0077385B" w:rsidRPr="00665075" w:rsidRDefault="0077385B" w:rsidP="00665075">
            <w:pPr>
              <w:pStyle w:val="TableParagraph"/>
              <w:ind w:left="78" w:right="5357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пословица;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загадка;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считалка;</w:t>
            </w:r>
          </w:p>
          <w:p w14:paraId="5D937D61" w14:textId="77777777" w:rsidR="0077385B" w:rsidRPr="00665075" w:rsidRDefault="0077385B" w:rsidP="00665075">
            <w:pPr>
              <w:pStyle w:val="TableParagraph"/>
              <w:ind w:left="78" w:right="2710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небылица).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Сочинение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аналогии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небылиц;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загадок;</w:t>
            </w:r>
          </w:p>
          <w:p w14:paraId="7E3DDBE2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считалок. Чтение молча (про себя) небольших по объёму сказок о </w:t>
            </w:r>
            <w:proofErr w:type="gramStart"/>
            <w:r w:rsidRPr="00665075">
              <w:rPr>
                <w:spacing w:val="-1"/>
                <w:w w:val="105"/>
                <w:sz w:val="20"/>
                <w:szCs w:val="20"/>
              </w:rPr>
              <w:t xml:space="preserve">живот-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ных</w:t>
            </w:r>
            <w:proofErr w:type="spellEnd"/>
            <w:proofErr w:type="gramEnd"/>
            <w:r w:rsidRPr="00665075">
              <w:rPr>
                <w:spacing w:val="-1"/>
                <w:w w:val="105"/>
                <w:sz w:val="20"/>
                <w:szCs w:val="20"/>
              </w:rPr>
              <w:t>: «Петушок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бобовое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зёрнышко»;</w:t>
            </w:r>
          </w:p>
          <w:p w14:paraId="262971A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«Журавль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цапля»;</w:t>
            </w:r>
          </w:p>
          <w:p w14:paraId="1EF9D396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«Лиса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журавль»;</w:t>
            </w:r>
          </w:p>
          <w:p w14:paraId="7136D2A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«Заячья</w:t>
            </w:r>
            <w:r w:rsidRPr="00665075">
              <w:rPr>
                <w:spacing w:val="31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избушка»;</w:t>
            </w:r>
          </w:p>
          <w:p w14:paraId="5F3BE3C6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«Зимовье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зверей»;</w:t>
            </w:r>
          </w:p>
          <w:p w14:paraId="179E090F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«Лисичка-сестричка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серый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волк»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(1—2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вы-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бору</w:t>
            </w:r>
            <w:proofErr w:type="gramEnd"/>
            <w:r w:rsidRPr="00665075">
              <w:rPr>
                <w:w w:val="105"/>
                <w:sz w:val="20"/>
                <w:szCs w:val="20"/>
              </w:rPr>
              <w:t>).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Контроль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восприятия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произведения;</w:t>
            </w:r>
          </w:p>
          <w:p w14:paraId="24CE4E0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прочитанного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молча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(про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себя):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ответы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вопросы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фактическому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содержанию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текста.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Сравнение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сказок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животных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народов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России: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тема;</w:t>
            </w:r>
          </w:p>
          <w:p w14:paraId="19944A9F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основная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идея;</w:t>
            </w:r>
          </w:p>
          <w:p w14:paraId="68FF74B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герои.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Слушание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сказок;</w:t>
            </w:r>
          </w:p>
          <w:p w14:paraId="2B2CE70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различение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бытовой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волшебной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сказок;</w:t>
            </w:r>
          </w:p>
          <w:p w14:paraId="74A88009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характеристика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особенностей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каждой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(на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примере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сказок: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«Каша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из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топора»;</w:t>
            </w:r>
          </w:p>
          <w:p w14:paraId="7F44E0D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«У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страха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глаза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велики»;</w:t>
            </w:r>
          </w:p>
          <w:p w14:paraId="10717C0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«Снегурочка»;</w:t>
            </w:r>
          </w:p>
          <w:p w14:paraId="6CB00B1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«Сестрица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Алёнушка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братец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Иванушка»;</w:t>
            </w:r>
          </w:p>
          <w:p w14:paraId="38A70099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«Не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плюй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коло-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дец</w:t>
            </w:r>
            <w:proofErr w:type="spellEnd"/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—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пригодится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воды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напиться»;</w:t>
            </w:r>
          </w:p>
          <w:p w14:paraId="79CEB5BC" w14:textId="77777777" w:rsidR="0077385B" w:rsidRPr="00665075" w:rsidRDefault="0077385B" w:rsidP="00665075">
            <w:pPr>
              <w:pStyle w:val="TableParagraph"/>
              <w:ind w:left="78" w:right="30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«Гуси-лебеди»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(по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выбору).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Анализ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структуры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сказки: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выделение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присказки;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завязки.;</w:t>
            </w:r>
          </w:p>
        </w:tc>
        <w:tc>
          <w:tcPr>
            <w:tcW w:w="828" w:type="dxa"/>
          </w:tcPr>
          <w:p w14:paraId="0A1EEA6E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Тестирование</w:t>
            </w:r>
            <w:r w:rsidRPr="00665075">
              <w:rPr>
                <w:spacing w:val="-1"/>
                <w:w w:val="105"/>
                <w:sz w:val="20"/>
                <w:szCs w:val="20"/>
              </w:rPr>
              <w:t>; контрольная работа</w:t>
            </w:r>
          </w:p>
        </w:tc>
        <w:tc>
          <w:tcPr>
            <w:tcW w:w="2485" w:type="dxa"/>
          </w:tcPr>
          <w:p w14:paraId="5F143E9F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13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14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26B3509A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15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4827DA91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16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3BF8D67A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5448CC14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lastRenderedPageBreak/>
              <w:t>поурочное планирование, сценарии, разработки уроков, внеклассные мероприятия и др.</w:t>
            </w:r>
          </w:p>
          <w:p w14:paraId="07C9F93B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</w:tbl>
    <w:p w14:paraId="24A0AE10" w14:textId="77777777" w:rsidR="0077385B" w:rsidRPr="00665075" w:rsidRDefault="0077385B" w:rsidP="006650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77385B" w:rsidRPr="0066507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873"/>
        <w:gridCol w:w="528"/>
        <w:gridCol w:w="1104"/>
        <w:gridCol w:w="1140"/>
        <w:gridCol w:w="864"/>
        <w:gridCol w:w="6207"/>
        <w:gridCol w:w="828"/>
        <w:gridCol w:w="2485"/>
      </w:tblGrid>
      <w:tr w:rsidR="0077385B" w:rsidRPr="0076005E" w14:paraId="7B1CBFFE" w14:textId="77777777" w:rsidTr="00270998">
        <w:trPr>
          <w:trHeight w:val="7525"/>
        </w:trPr>
        <w:tc>
          <w:tcPr>
            <w:tcW w:w="468" w:type="dxa"/>
          </w:tcPr>
          <w:p w14:paraId="43425848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1873" w:type="dxa"/>
          </w:tcPr>
          <w:p w14:paraId="63418C09" w14:textId="77777777" w:rsidR="0077385B" w:rsidRPr="00665075" w:rsidRDefault="0077385B" w:rsidP="00665075">
            <w:pPr>
              <w:pStyle w:val="TableParagraph"/>
              <w:ind w:left="76" w:right="133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Звуки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краски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родной</w:t>
            </w:r>
            <w:r w:rsidRPr="00665075">
              <w:rPr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природы в разные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времена</w:t>
            </w:r>
            <w:r w:rsidRPr="00665075">
              <w:rPr>
                <w:b/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года</w:t>
            </w:r>
            <w:r w:rsidRPr="00665075">
              <w:rPr>
                <w:b/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(осень)</w:t>
            </w:r>
          </w:p>
        </w:tc>
        <w:tc>
          <w:tcPr>
            <w:tcW w:w="528" w:type="dxa"/>
          </w:tcPr>
          <w:p w14:paraId="64A612DA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8</w:t>
            </w:r>
          </w:p>
        </w:tc>
        <w:tc>
          <w:tcPr>
            <w:tcW w:w="1104" w:type="dxa"/>
          </w:tcPr>
          <w:p w14:paraId="522E306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5102C46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864" w:type="dxa"/>
          </w:tcPr>
          <w:p w14:paraId="7235114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78E4F901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знакомство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новым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разделом;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задачи;</w:t>
            </w:r>
          </w:p>
          <w:p w14:paraId="0331935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ты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узнаешь?»;</w:t>
            </w:r>
          </w:p>
          <w:p w14:paraId="1FEDA9A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«Чему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ты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будешь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учиться?».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Слушание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стихотворных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произведений: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Пушкин</w:t>
            </w:r>
          </w:p>
          <w:p w14:paraId="7B921E9E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Ужнебо</w:t>
            </w:r>
            <w:proofErr w:type="spellEnd"/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осенью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дышало…»;</w:t>
            </w:r>
          </w:p>
          <w:p w14:paraId="2FAD9806" w14:textId="77777777" w:rsidR="0077385B" w:rsidRPr="00665075" w:rsidRDefault="0077385B" w:rsidP="00665075">
            <w:pPr>
              <w:pStyle w:val="TableParagraph"/>
              <w:ind w:left="78" w:right="2710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Ф.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И.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Тютчев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«Есть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осени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первона-чальной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…»;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Плещеев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«Осень»;</w:t>
            </w:r>
          </w:p>
          <w:p w14:paraId="31ADE52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К.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Бальмонт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«Осень»;</w:t>
            </w:r>
          </w:p>
          <w:p w14:paraId="773C4A13" w14:textId="77777777" w:rsidR="0077385B" w:rsidRPr="00665075" w:rsidRDefault="0077385B" w:rsidP="00665075">
            <w:pPr>
              <w:pStyle w:val="TableParagraph"/>
              <w:ind w:left="78" w:right="4184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Я.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Брюсов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«Сухие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листья;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сухие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листья…»;</w:t>
            </w:r>
          </w:p>
          <w:p w14:paraId="5EF2BD5A" w14:textId="77777777" w:rsidR="0077385B" w:rsidRPr="00665075" w:rsidRDefault="0077385B" w:rsidP="00665075">
            <w:pPr>
              <w:pStyle w:val="TableParagraph"/>
              <w:ind w:left="78" w:right="1990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Толстой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«Осень.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Обсыпается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весь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наш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бедный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сад…»;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Ф.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Трутнева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«Осень»;</w:t>
            </w:r>
          </w:p>
          <w:p w14:paraId="215708AE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Ю.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Голяховский</w:t>
            </w:r>
            <w:proofErr w:type="spellEnd"/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«Листопад»;</w:t>
            </w:r>
          </w:p>
          <w:p w14:paraId="22F4ACAA" w14:textId="77777777" w:rsidR="0077385B" w:rsidRPr="00665075" w:rsidRDefault="0077385B" w:rsidP="00665075">
            <w:pPr>
              <w:pStyle w:val="TableParagraph"/>
              <w:ind w:left="78" w:right="30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И. П. Токмакова «Опустел скворечник» (по выбору не менее пяти авторов);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выражение своего отношения к пейзажной лирике. Обсуждение прослушанного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произведения: ответ на вопрос «Какое настроение вызывает произведение? </w:t>
            </w:r>
            <w:r w:rsidRPr="00665075">
              <w:rPr>
                <w:w w:val="105"/>
                <w:sz w:val="20"/>
                <w:szCs w:val="20"/>
              </w:rPr>
              <w:t>Почему? С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чем сравнивает поэт осенний лес?». Работа с текстом произведения: упражнение в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нахождении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сравнений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эпитетов;</w:t>
            </w:r>
          </w:p>
          <w:p w14:paraId="1F90CB1A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выделение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слов;</w:t>
            </w:r>
          </w:p>
          <w:p w14:paraId="10CC7A04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использованных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прямом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переносном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значении;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наблюдение за рифмой и ритмом стихотворения;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объяснение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образных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выраже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ний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;</w:t>
            </w:r>
          </w:p>
          <w:p w14:paraId="0F71AF9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поиск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значения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слова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словарю.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Выразительное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интонационным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выделением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препинания;</w:t>
            </w:r>
          </w:p>
          <w:p w14:paraId="1769056D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соблюдением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орфоэпических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пунктуационных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норм.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молча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(про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себя)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небольших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объёму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прозаических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осени;</w:t>
            </w:r>
          </w:p>
          <w:p w14:paraId="3301DF78" w14:textId="77777777" w:rsidR="0077385B" w:rsidRPr="00665075" w:rsidRDefault="0077385B" w:rsidP="00665075">
            <w:pPr>
              <w:pStyle w:val="TableParagraph"/>
              <w:ind w:left="78" w:right="172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доступных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для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восприятия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младшими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школьниками.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Например;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Т.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Аксаков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«Осень;</w:t>
            </w:r>
          </w:p>
          <w:p w14:paraId="69E6D34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глубокая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осень!»;</w:t>
            </w:r>
          </w:p>
          <w:p w14:paraId="574394E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Н.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И.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Сладков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«Сентябрь»;</w:t>
            </w:r>
          </w:p>
          <w:p w14:paraId="56B4E492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«Осень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пороге»;</w:t>
            </w:r>
          </w:p>
          <w:p w14:paraId="74B18FC6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Пришвин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«Утро»;</w:t>
            </w:r>
          </w:p>
          <w:p w14:paraId="5AE59DD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Г. А.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Скребицкий</w:t>
            </w:r>
            <w:proofErr w:type="spellEnd"/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 xml:space="preserve">«Четыре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художни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 ка. Осень». Контроль восприятия произведения;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прочитанного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молча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(про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себя):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формы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(прозаическое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или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стихотворное);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ответы на вопросы по фактическому содержанию текста. Упражнение на сравнение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писателей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одну</w:t>
            </w:r>
            <w:r w:rsidRPr="0066507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тему;</w:t>
            </w:r>
          </w:p>
          <w:p w14:paraId="35E5CF5F" w14:textId="77777777" w:rsidR="0077385B" w:rsidRPr="00665075" w:rsidRDefault="0077385B" w:rsidP="00665075">
            <w:pPr>
              <w:pStyle w:val="TableParagraph"/>
              <w:ind w:left="78" w:right="4083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определение понравившегося;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объяснение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своего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выбора.;</w:t>
            </w:r>
          </w:p>
        </w:tc>
        <w:tc>
          <w:tcPr>
            <w:tcW w:w="828" w:type="dxa"/>
          </w:tcPr>
          <w:p w14:paraId="4C51502B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Устный опрос; контрольная работа</w:t>
            </w:r>
          </w:p>
        </w:tc>
        <w:tc>
          <w:tcPr>
            <w:tcW w:w="2485" w:type="dxa"/>
          </w:tcPr>
          <w:p w14:paraId="667D6799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17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18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73FC3A96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19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2E607CD0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20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46A0F5D4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28039DAF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2DC509FB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</w:tbl>
    <w:p w14:paraId="18FE5D00" w14:textId="77777777" w:rsidR="0077385B" w:rsidRPr="00665075" w:rsidRDefault="0077385B" w:rsidP="006650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77385B" w:rsidRPr="0066507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873"/>
        <w:gridCol w:w="528"/>
        <w:gridCol w:w="1104"/>
        <w:gridCol w:w="1140"/>
        <w:gridCol w:w="864"/>
        <w:gridCol w:w="6207"/>
        <w:gridCol w:w="828"/>
        <w:gridCol w:w="2485"/>
      </w:tblGrid>
      <w:tr w:rsidR="0077385B" w:rsidRPr="0076005E" w14:paraId="02D0C428" w14:textId="77777777" w:rsidTr="00270998">
        <w:trPr>
          <w:trHeight w:val="6816"/>
        </w:trPr>
        <w:tc>
          <w:tcPr>
            <w:tcW w:w="468" w:type="dxa"/>
          </w:tcPr>
          <w:p w14:paraId="714287D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1873" w:type="dxa"/>
          </w:tcPr>
          <w:p w14:paraId="20631256" w14:textId="77777777" w:rsidR="0077385B" w:rsidRPr="00665075" w:rsidRDefault="0077385B" w:rsidP="00665075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О</w:t>
            </w:r>
            <w:r w:rsidRPr="00665075">
              <w:rPr>
                <w:b/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детях</w:t>
            </w:r>
            <w:r w:rsidRPr="00665075">
              <w:rPr>
                <w:b/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и</w:t>
            </w:r>
            <w:r w:rsidRPr="00665075">
              <w:rPr>
                <w:b/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дружбе</w:t>
            </w:r>
          </w:p>
        </w:tc>
        <w:tc>
          <w:tcPr>
            <w:tcW w:w="528" w:type="dxa"/>
          </w:tcPr>
          <w:p w14:paraId="13C33A3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12</w:t>
            </w:r>
          </w:p>
        </w:tc>
        <w:tc>
          <w:tcPr>
            <w:tcW w:w="1104" w:type="dxa"/>
          </w:tcPr>
          <w:p w14:paraId="439C588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5FFDB82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864" w:type="dxa"/>
          </w:tcPr>
          <w:p w14:paraId="238F242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456A1660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знакомство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новым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разделом;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задачи;</w:t>
            </w:r>
          </w:p>
          <w:p w14:paraId="11E93B8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ты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узнаешь?»;</w:t>
            </w:r>
          </w:p>
          <w:p w14:paraId="3B9DEEBB" w14:textId="77777777" w:rsidR="0077385B" w:rsidRPr="00665075" w:rsidRDefault="0077385B" w:rsidP="00665075">
            <w:pPr>
              <w:pStyle w:val="TableParagraph"/>
              <w:ind w:left="78" w:right="25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«Чему ты будешь учиться?». Чтение целыми словами без пропусков и перестановок;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посте-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пенно</w:t>
            </w:r>
            <w:proofErr w:type="spellEnd"/>
            <w:proofErr w:type="gramEnd"/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переходя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чтения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вслух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чтению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себя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произведе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ний</w:t>
            </w:r>
            <w:proofErr w:type="spellEnd"/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детях: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Л.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Барто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«Катя»;</w:t>
            </w:r>
          </w:p>
          <w:p w14:paraId="34DC4E5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Ю.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Ермолаев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«Два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пирож-ных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»;</w:t>
            </w:r>
          </w:p>
          <w:p w14:paraId="02B6CB69" w14:textId="77777777" w:rsidR="0077385B" w:rsidRPr="00665075" w:rsidRDefault="0077385B" w:rsidP="00665075">
            <w:pPr>
              <w:pStyle w:val="TableParagraph"/>
              <w:ind w:left="78" w:right="283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Баруздин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«Как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Алёшке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учиться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надоело»;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Пермяк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«Смородинка»;</w:t>
            </w:r>
          </w:p>
          <w:p w14:paraId="39A62029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«Две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пословицы»;</w:t>
            </w:r>
          </w:p>
          <w:p w14:paraId="352C9466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Носов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«Заплатка»;</w:t>
            </w:r>
          </w:p>
          <w:p w14:paraId="0A45CCD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«На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горке»;</w:t>
            </w:r>
          </w:p>
          <w:p w14:paraId="32CF5DDF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Лунин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«Я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Вовка»;</w:t>
            </w:r>
          </w:p>
          <w:p w14:paraId="5850F5B9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Осеева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«Синие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листья»;</w:t>
            </w:r>
          </w:p>
          <w:p w14:paraId="34EF9F8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«Волшебное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слово»;</w:t>
            </w:r>
          </w:p>
          <w:p w14:paraId="67C72E3E" w14:textId="77777777" w:rsidR="0077385B" w:rsidRPr="00665075" w:rsidRDefault="0077385B" w:rsidP="00665075">
            <w:pPr>
              <w:pStyle w:val="TableParagraph"/>
              <w:ind w:left="78" w:right="4671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«Просто старушка»;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А.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Гайдар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«Совесть»;</w:t>
            </w:r>
          </w:p>
          <w:p w14:paraId="5F45EF9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Пляцковский</w:t>
            </w:r>
            <w:proofErr w:type="spellEnd"/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«Настоящий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друг»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выбору;</w:t>
            </w:r>
          </w:p>
          <w:p w14:paraId="19046EDC" w14:textId="77777777" w:rsidR="0077385B" w:rsidRPr="00665075" w:rsidRDefault="0077385B" w:rsidP="00665075">
            <w:pPr>
              <w:pStyle w:val="TableParagraph"/>
              <w:ind w:left="78" w:right="279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не менее четырёх произведений). Учебный диалог: определение темы и главной </w:t>
            </w:r>
            <w:r w:rsidRPr="00665075">
              <w:rPr>
                <w:w w:val="105"/>
                <w:sz w:val="20"/>
                <w:szCs w:val="20"/>
              </w:rPr>
              <w:t>мысли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произведе-ния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;</w:t>
            </w:r>
          </w:p>
          <w:p w14:paraId="5A1DB7F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соотнесение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главной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мысли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пословицей;</w:t>
            </w:r>
          </w:p>
          <w:p w14:paraId="4126D0CD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подбор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пословицк</w:t>
            </w:r>
            <w:proofErr w:type="spellEnd"/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тексту.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текстом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(изучающее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поисковое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выбо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рочное</w:t>
            </w:r>
            <w:proofErr w:type="spellEnd"/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чтение):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ответы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вопросы;</w:t>
            </w:r>
          </w:p>
          <w:p w14:paraId="0925150E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характеристика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героя;</w:t>
            </w:r>
          </w:p>
          <w:p w14:paraId="6EA55F9F" w14:textId="77777777" w:rsidR="0077385B" w:rsidRPr="00665075" w:rsidRDefault="0077385B" w:rsidP="00665075">
            <w:pPr>
              <w:pStyle w:val="TableParagraph"/>
              <w:ind w:left="78" w:right="997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установление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взаимосвязи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между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характером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его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поступками;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описания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героя;</w:t>
            </w:r>
          </w:p>
          <w:p w14:paraId="5952570A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оценка его поступков (с опорой на текст). Упражнение на сравнение героев одного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 по предложенному алгоритму. Обсуждение авторской позиции;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выражение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своего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отношения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подтверждением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примерами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из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парах: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последовательности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событий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произведении;</w:t>
            </w:r>
          </w:p>
          <w:p w14:paraId="46E1F346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составление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вопросного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плана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выделе-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нием</w:t>
            </w:r>
            <w:proofErr w:type="spellEnd"/>
            <w:proofErr w:type="gramEnd"/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эпизодов;</w:t>
            </w:r>
          </w:p>
          <w:p w14:paraId="653E99B2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результатов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деятельности.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Подробный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пересказ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(устно)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содержания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произведения. Упражнение в умении формулировать вопрос </w:t>
            </w:r>
            <w:r w:rsidRPr="00665075">
              <w:rPr>
                <w:w w:val="105"/>
                <w:sz w:val="20"/>
                <w:szCs w:val="20"/>
              </w:rPr>
              <w:t>по фактическому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содержанию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прочитанного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произведения.;</w:t>
            </w:r>
          </w:p>
        </w:tc>
        <w:tc>
          <w:tcPr>
            <w:tcW w:w="828" w:type="dxa"/>
          </w:tcPr>
          <w:p w14:paraId="2D9B36A1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 контрольная работа; практическая работа;</w:t>
            </w:r>
          </w:p>
        </w:tc>
        <w:tc>
          <w:tcPr>
            <w:tcW w:w="2485" w:type="dxa"/>
          </w:tcPr>
          <w:p w14:paraId="368B86B8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21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22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21BC1E95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23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48EDF685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24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6C173597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516FC390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47AE3FC2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</w:tbl>
    <w:p w14:paraId="1E01DB5F" w14:textId="77777777" w:rsidR="0077385B" w:rsidRPr="00665075" w:rsidRDefault="0077385B" w:rsidP="006650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77385B" w:rsidRPr="0066507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873"/>
        <w:gridCol w:w="528"/>
        <w:gridCol w:w="1104"/>
        <w:gridCol w:w="1140"/>
        <w:gridCol w:w="864"/>
        <w:gridCol w:w="6207"/>
        <w:gridCol w:w="828"/>
        <w:gridCol w:w="2485"/>
      </w:tblGrid>
      <w:tr w:rsidR="0077385B" w:rsidRPr="0076005E" w14:paraId="20D64119" w14:textId="77777777" w:rsidTr="00270998">
        <w:trPr>
          <w:trHeight w:val="4379"/>
        </w:trPr>
        <w:tc>
          <w:tcPr>
            <w:tcW w:w="468" w:type="dxa"/>
          </w:tcPr>
          <w:p w14:paraId="48497EC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1873" w:type="dxa"/>
          </w:tcPr>
          <w:p w14:paraId="4690F8F9" w14:textId="77777777" w:rsidR="0077385B" w:rsidRPr="00665075" w:rsidRDefault="0077385B" w:rsidP="00665075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Мир</w:t>
            </w:r>
            <w:r w:rsidRPr="00665075">
              <w:rPr>
                <w:b/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сказок</w:t>
            </w:r>
          </w:p>
        </w:tc>
        <w:tc>
          <w:tcPr>
            <w:tcW w:w="528" w:type="dxa"/>
          </w:tcPr>
          <w:p w14:paraId="42AC4525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12</w:t>
            </w:r>
          </w:p>
        </w:tc>
        <w:tc>
          <w:tcPr>
            <w:tcW w:w="1104" w:type="dxa"/>
          </w:tcPr>
          <w:p w14:paraId="65E56A5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2D2E6E6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864" w:type="dxa"/>
          </w:tcPr>
          <w:p w14:paraId="694DCECA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6902FAC4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знакомство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новым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разделом;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задачи;</w:t>
            </w:r>
          </w:p>
          <w:p w14:paraId="325B13CF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ты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узнаешь?»;</w:t>
            </w:r>
          </w:p>
          <w:p w14:paraId="6B13C789" w14:textId="77777777" w:rsidR="0077385B" w:rsidRPr="00665075" w:rsidRDefault="0077385B" w:rsidP="00665075">
            <w:pPr>
              <w:pStyle w:val="TableParagraph"/>
              <w:ind w:left="78" w:right="454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«Чему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ты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будешь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учиться?».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Упражнение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чтении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целыми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словами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без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пропусков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переста</w:t>
            </w:r>
            <w:proofErr w:type="spellEnd"/>
            <w:r w:rsidRPr="00665075"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новок</w:t>
            </w:r>
            <w:proofErr w:type="spellEnd"/>
            <w:r w:rsidRPr="00665075">
              <w:rPr>
                <w:w w:val="105"/>
                <w:sz w:val="20"/>
                <w:szCs w:val="20"/>
              </w:rPr>
              <w:t xml:space="preserve"> с постепенным переходом от чтения вслух к чтению про себя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фольклорных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литературных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сказок.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Например;</w:t>
            </w:r>
          </w:p>
          <w:p w14:paraId="70DABCB7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русская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народная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сказка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«Золотая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рыбка»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Пуш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кина</w:t>
            </w:r>
            <w:proofErr w:type="spellEnd"/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«Сказка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рыбаке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рыбке»;</w:t>
            </w:r>
          </w:p>
          <w:p w14:paraId="1286B2B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русская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народная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сказка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«У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страха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глаза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велики»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братьев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Гримм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Ма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ленькие</w:t>
            </w:r>
            <w:proofErr w:type="spellEnd"/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человечки»;</w:t>
            </w:r>
          </w:p>
          <w:p w14:paraId="5481EDA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русская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народная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сказка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«Снегурочка»;</w:t>
            </w:r>
          </w:p>
          <w:p w14:paraId="178789E6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Даля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«Девочка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Снегурочка»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выбору;</w:t>
            </w:r>
          </w:p>
          <w:p w14:paraId="45C1E8B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не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менее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четырёх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произведений).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сравнение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фольклорной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литературной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(авторской)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сказки: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признаков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народной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сказки;</w:t>
            </w:r>
          </w:p>
          <w:p w14:paraId="3B08814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используемых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авторском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произведении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сказочного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жанра.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ответов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вопросы учебника;</w:t>
            </w:r>
          </w:p>
          <w:p w14:paraId="505361DF" w14:textId="77777777" w:rsidR="0077385B" w:rsidRPr="00665075" w:rsidRDefault="0077385B" w:rsidP="00665075">
            <w:pPr>
              <w:pStyle w:val="TableParagraph"/>
              <w:ind w:left="78" w:right="396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приведение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примеров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из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текста;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установление сходств тем;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героев;</w:t>
            </w:r>
          </w:p>
          <w:p w14:paraId="29DE77E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сюжетов;</w:t>
            </w:r>
          </w:p>
          <w:p w14:paraId="56AA0B1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осознание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понятия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«бродячий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сюжет»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(без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предъявления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термина).;</w:t>
            </w:r>
          </w:p>
        </w:tc>
        <w:tc>
          <w:tcPr>
            <w:tcW w:w="828" w:type="dxa"/>
          </w:tcPr>
          <w:p w14:paraId="54776F94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Тестирование; контрольная работа</w:t>
            </w:r>
          </w:p>
        </w:tc>
        <w:tc>
          <w:tcPr>
            <w:tcW w:w="2485" w:type="dxa"/>
          </w:tcPr>
          <w:p w14:paraId="050069E5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25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26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7BEB2398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27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06C18146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28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48890211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4B212363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5157654E" w14:textId="77777777" w:rsidR="0077385B" w:rsidRPr="00665075" w:rsidRDefault="0077385B" w:rsidP="00665075">
            <w:pPr>
              <w:pStyle w:val="TableParagraph"/>
              <w:ind w:left="80" w:right="272"/>
              <w:rPr>
                <w:sz w:val="20"/>
                <w:szCs w:val="20"/>
              </w:rPr>
            </w:pPr>
          </w:p>
        </w:tc>
      </w:tr>
      <w:tr w:rsidR="0077385B" w:rsidRPr="0076005E" w14:paraId="0792814C" w14:textId="77777777" w:rsidTr="007557C6">
        <w:trPr>
          <w:trHeight w:val="4373"/>
        </w:trPr>
        <w:tc>
          <w:tcPr>
            <w:tcW w:w="468" w:type="dxa"/>
          </w:tcPr>
          <w:p w14:paraId="568C14C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1.6.</w:t>
            </w:r>
          </w:p>
        </w:tc>
        <w:tc>
          <w:tcPr>
            <w:tcW w:w="1873" w:type="dxa"/>
          </w:tcPr>
          <w:p w14:paraId="5706E991" w14:textId="77777777" w:rsidR="0077385B" w:rsidRPr="00665075" w:rsidRDefault="0077385B" w:rsidP="00665075">
            <w:pPr>
              <w:pStyle w:val="TableParagraph"/>
              <w:ind w:left="76" w:right="133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Звуки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краски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родной</w:t>
            </w:r>
            <w:r w:rsidRPr="00665075">
              <w:rPr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природы в разные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времена</w:t>
            </w:r>
            <w:r w:rsidRPr="00665075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года</w:t>
            </w:r>
            <w:r w:rsidRPr="00665075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(зима)</w:t>
            </w:r>
          </w:p>
        </w:tc>
        <w:tc>
          <w:tcPr>
            <w:tcW w:w="528" w:type="dxa"/>
          </w:tcPr>
          <w:p w14:paraId="3F3B4B7F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12</w:t>
            </w:r>
          </w:p>
        </w:tc>
        <w:tc>
          <w:tcPr>
            <w:tcW w:w="1104" w:type="dxa"/>
          </w:tcPr>
          <w:p w14:paraId="60CC2F9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144A6F4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864" w:type="dxa"/>
          </w:tcPr>
          <w:p w14:paraId="069BABD9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1D1C4806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знакомство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новым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разделом;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задачи;</w:t>
            </w:r>
          </w:p>
          <w:p w14:paraId="6103DDC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ты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узнаешь?»;</w:t>
            </w:r>
          </w:p>
          <w:p w14:paraId="6C5F0B34" w14:textId="77777777" w:rsidR="0077385B" w:rsidRPr="00665075" w:rsidRDefault="0077385B" w:rsidP="00665075">
            <w:pPr>
              <w:pStyle w:val="TableParagraph"/>
              <w:ind w:left="78" w:right="59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«Чему ты будешь учиться?». Слушание стихотворных произведений о зимней </w:t>
            </w:r>
            <w:r w:rsidRPr="00665075">
              <w:rPr>
                <w:w w:val="105"/>
                <w:sz w:val="20"/>
                <w:szCs w:val="20"/>
              </w:rPr>
              <w:t>природе: А.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Пушкин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«Вот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север;</w:t>
            </w:r>
          </w:p>
          <w:p w14:paraId="153DBEC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тучи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нагоняя…»;</w:t>
            </w:r>
          </w:p>
          <w:p w14:paraId="7CCCBFEA" w14:textId="77777777" w:rsidR="0077385B" w:rsidRPr="00665075" w:rsidRDefault="0077385B" w:rsidP="00665075">
            <w:pPr>
              <w:pStyle w:val="TableParagraph"/>
              <w:ind w:left="78" w:right="461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«Зима!..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Крестья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нин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торжествуя…»;</w:t>
            </w:r>
          </w:p>
          <w:p w14:paraId="55EB7C3A" w14:textId="77777777" w:rsidR="0077385B" w:rsidRPr="00665075" w:rsidRDefault="0077385B" w:rsidP="00665075">
            <w:pPr>
              <w:pStyle w:val="TableParagraph"/>
              <w:ind w:left="78" w:right="3500"/>
              <w:jc w:val="both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Есенин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«Поёт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зима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—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аукает…»;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Тютчев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«Чародейкою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Зимою…»;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Суриков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«Первый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снег»;</w:t>
            </w:r>
          </w:p>
          <w:p w14:paraId="46099F9A" w14:textId="77777777" w:rsidR="0077385B" w:rsidRPr="00665075" w:rsidRDefault="0077385B" w:rsidP="00665075">
            <w:pPr>
              <w:pStyle w:val="TableParagraph"/>
              <w:ind w:left="78" w:right="3200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И.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А.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Бунин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«Зимним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холодом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пахнуло…»;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Проко-фьев</w:t>
            </w:r>
            <w:proofErr w:type="spellEnd"/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«Как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горке;</w:t>
            </w:r>
          </w:p>
          <w:p w14:paraId="7A3CAB5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горе…»;</w:t>
            </w:r>
          </w:p>
          <w:p w14:paraId="04850A23" w14:textId="77777777" w:rsidR="0077385B" w:rsidRPr="00665075" w:rsidRDefault="0077385B" w:rsidP="00665075">
            <w:pPr>
              <w:pStyle w:val="TableParagraph"/>
              <w:ind w:left="78" w:right="3962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З. Н. Александрова «Снежок»;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(по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выбору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2—3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произведения);</w:t>
            </w:r>
          </w:p>
          <w:p w14:paraId="7EE28DBE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эмоционального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состояния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восприятии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описанных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картин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природы.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Чтение </w:t>
            </w:r>
            <w:r w:rsidRPr="00665075">
              <w:rPr>
                <w:w w:val="105"/>
                <w:sz w:val="20"/>
                <w:szCs w:val="20"/>
              </w:rPr>
              <w:t>молча (про себя) небольших по объёму прозаических произведений о зиме;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доступных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для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восприятия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младшими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школьниками.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Например;</w:t>
            </w:r>
          </w:p>
          <w:p w14:paraId="5464B89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С.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Иванов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«Каким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бывает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снег»;</w:t>
            </w:r>
          </w:p>
          <w:p w14:paraId="370A81C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Соколов-Микитов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«Зима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лесу»;</w:t>
            </w:r>
          </w:p>
          <w:p w14:paraId="2920771F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«Узоры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снегу»;</w:t>
            </w:r>
          </w:p>
          <w:p w14:paraId="5D86A7F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Пришвин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«Деревья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лесу».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Контроль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восприятия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произведения;</w:t>
            </w:r>
          </w:p>
          <w:p w14:paraId="11E6A86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прочитанного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молча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(про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себя):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ответы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вопросы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фактическому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содержанию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текста.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Работа с текстом произведения: сравнение </w:t>
            </w:r>
            <w:r w:rsidRPr="00665075">
              <w:rPr>
                <w:w w:val="105"/>
                <w:sz w:val="20"/>
                <w:szCs w:val="20"/>
              </w:rPr>
              <w:t>описаний зимней природы в стихотворных и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повествовательных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текстах;</w:t>
            </w:r>
          </w:p>
          <w:p w14:paraId="58D7C3BF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proofErr w:type="spellStart"/>
            <w:r w:rsidRPr="00665075">
              <w:rPr>
                <w:w w:val="105"/>
                <w:sz w:val="20"/>
                <w:szCs w:val="20"/>
              </w:rPr>
              <w:t>объяс</w:t>
            </w:r>
            <w:proofErr w:type="spellEnd"/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нение</w:t>
            </w:r>
            <w:proofErr w:type="spellEnd"/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образных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выражений;</w:t>
            </w:r>
          </w:p>
          <w:p w14:paraId="687D5D09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словарём: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поиск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значениянезнакомых</w:t>
            </w:r>
            <w:proofErr w:type="spellEnd"/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тексте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сравнений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эпитетов;</w:t>
            </w:r>
          </w:p>
          <w:p w14:paraId="2C671CA1" w14:textId="77777777" w:rsidR="0077385B" w:rsidRPr="00665075" w:rsidRDefault="0077385B" w:rsidP="00665075">
            <w:pPr>
              <w:pStyle w:val="TableParagraph"/>
              <w:ind w:left="78" w:right="30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приведение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примеров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использования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слов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прямом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переносном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значении;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особенностей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стихотворного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(ритм;</w:t>
            </w:r>
          </w:p>
          <w:p w14:paraId="0AC217B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рифма).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Чтение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наизусть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интонационным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выделением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знаков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препинания;</w:t>
            </w:r>
          </w:p>
          <w:p w14:paraId="5314AF6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соблюдением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орфоэпических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пунктуационных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норм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стихотворения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зимней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природе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(1—2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выбору).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новогодней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тематики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(например;</w:t>
            </w:r>
          </w:p>
          <w:p w14:paraId="5B9A0025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Михалков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«Новогодняя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быль»;</w:t>
            </w:r>
          </w:p>
          <w:p w14:paraId="3E0483B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«Событие»;</w:t>
            </w:r>
          </w:p>
          <w:p w14:paraId="4E3D5852" w14:textId="77777777" w:rsidR="0077385B" w:rsidRPr="00665075" w:rsidRDefault="0077385B" w:rsidP="00665075">
            <w:pPr>
              <w:pStyle w:val="TableParagraph"/>
              <w:ind w:left="78" w:right="3894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Гайдар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«Чук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Гек»(</w:t>
            </w:r>
            <w:proofErr w:type="gramEnd"/>
            <w:r w:rsidRPr="00665075">
              <w:rPr>
                <w:w w:val="105"/>
                <w:sz w:val="20"/>
                <w:szCs w:val="20"/>
              </w:rPr>
              <w:t>отрывок);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С.Я.Маршак</w:t>
            </w:r>
            <w:proofErr w:type="spellEnd"/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«Декабрь»;</w:t>
            </w:r>
          </w:p>
          <w:p w14:paraId="22722A0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Е.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Пермяк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«Волшебные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краски»);</w:t>
            </w:r>
          </w:p>
          <w:p w14:paraId="10C2A855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сравнение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писателей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одну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тему;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понравившегося;</w:t>
            </w:r>
          </w:p>
          <w:p w14:paraId="16C0864B" w14:textId="77777777" w:rsidR="0077385B" w:rsidRPr="00665075" w:rsidRDefault="0077385B" w:rsidP="00665075">
            <w:pPr>
              <w:pStyle w:val="TableParagraph"/>
              <w:ind w:left="78" w:right="495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объяснение своего выбора. Рассматривание репродукций картин </w:t>
            </w:r>
            <w:r w:rsidRPr="00665075">
              <w:rPr>
                <w:w w:val="105"/>
                <w:sz w:val="20"/>
                <w:szCs w:val="20"/>
              </w:rPr>
              <w:t>художников (И. И.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Шишкин;</w:t>
            </w:r>
          </w:p>
          <w:p w14:paraId="72ECB4AC" w14:textId="77777777" w:rsidR="0077385B" w:rsidRPr="00665075" w:rsidRDefault="0077385B" w:rsidP="00665075">
            <w:pPr>
              <w:pStyle w:val="TableParagraph"/>
              <w:ind w:left="78" w:right="4920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А. М. Васнецов;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Грабарь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др.);</w:t>
            </w:r>
          </w:p>
          <w:p w14:paraId="7DDC2AFC" w14:textId="77777777" w:rsidR="0077385B" w:rsidRPr="00665075" w:rsidRDefault="0077385B" w:rsidP="00665075">
            <w:pPr>
              <w:pStyle w:val="TableParagraph"/>
              <w:ind w:left="78" w:right="822"/>
              <w:rPr>
                <w:sz w:val="20"/>
                <w:szCs w:val="20"/>
              </w:rPr>
            </w:pP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составле</w:t>
            </w:r>
            <w:proofErr w:type="spellEnd"/>
            <w:r w:rsidRPr="00665075">
              <w:rPr>
                <w:spacing w:val="-1"/>
                <w:w w:val="105"/>
                <w:sz w:val="20"/>
                <w:szCs w:val="20"/>
              </w:rPr>
              <w:t xml:space="preserve">-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ние</w:t>
            </w:r>
            <w:proofErr w:type="spellEnd"/>
            <w:r w:rsidRPr="00665075">
              <w:rPr>
                <w:spacing w:val="-1"/>
                <w:w w:val="105"/>
                <w:sz w:val="20"/>
                <w:szCs w:val="20"/>
              </w:rPr>
              <w:t xml:space="preserve"> рассказа-описания на тему «Какие картины </w:t>
            </w:r>
            <w:r w:rsidRPr="00665075">
              <w:rPr>
                <w:w w:val="105"/>
                <w:sz w:val="20"/>
                <w:szCs w:val="20"/>
              </w:rPr>
              <w:t>зимней природы мне</w:t>
            </w:r>
            <w:r w:rsidRPr="00665075">
              <w:rPr>
                <w:spacing w:val="-3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нравятся?».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группе: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распределение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обязанностей;</w:t>
            </w:r>
          </w:p>
          <w:p w14:paraId="0269F32C" w14:textId="77777777" w:rsidR="0077385B" w:rsidRPr="00665075" w:rsidRDefault="0077385B" w:rsidP="00665075">
            <w:pPr>
              <w:pStyle w:val="TableParagraph"/>
              <w:ind w:left="78" w:right="997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выбор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произведе</w:t>
            </w:r>
            <w:proofErr w:type="spellEnd"/>
            <w:r w:rsidRPr="00665075">
              <w:rPr>
                <w:spacing w:val="-1"/>
                <w:w w:val="105"/>
                <w:sz w:val="20"/>
                <w:szCs w:val="20"/>
              </w:rPr>
              <w:t>-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ний</w:t>
            </w:r>
            <w:proofErr w:type="spellEnd"/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для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инсценирования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рассказывания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наизусть;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проведение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новогоднего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праздника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классе;</w:t>
            </w:r>
          </w:p>
        </w:tc>
        <w:tc>
          <w:tcPr>
            <w:tcW w:w="828" w:type="dxa"/>
          </w:tcPr>
          <w:p w14:paraId="35A28892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lastRenderedPageBreak/>
              <w:t>Устный опрос; контрольная работа</w:t>
            </w:r>
          </w:p>
        </w:tc>
        <w:tc>
          <w:tcPr>
            <w:tcW w:w="2485" w:type="dxa"/>
          </w:tcPr>
          <w:p w14:paraId="375E1B9D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29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30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305626F6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31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7421656F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32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403D4AC3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0A69E300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1B362768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  <w:tr w:rsidR="0077385B" w:rsidRPr="0076005E" w14:paraId="6E2A354B" w14:textId="77777777" w:rsidTr="00CD7B30">
        <w:trPr>
          <w:trHeight w:val="3104"/>
        </w:trPr>
        <w:tc>
          <w:tcPr>
            <w:tcW w:w="468" w:type="dxa"/>
          </w:tcPr>
          <w:p w14:paraId="1A77032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1.7.</w:t>
            </w:r>
          </w:p>
        </w:tc>
        <w:tc>
          <w:tcPr>
            <w:tcW w:w="1873" w:type="dxa"/>
          </w:tcPr>
          <w:p w14:paraId="62C087AB" w14:textId="77777777" w:rsidR="0077385B" w:rsidRPr="00665075" w:rsidRDefault="0077385B" w:rsidP="00665075">
            <w:pPr>
              <w:pStyle w:val="TableParagraph"/>
              <w:ind w:left="76" w:right="537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О</w:t>
            </w:r>
            <w:r w:rsidRPr="00665075">
              <w:rPr>
                <w:b/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братьях</w:t>
            </w:r>
            <w:r w:rsidRPr="00665075">
              <w:rPr>
                <w:b/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наших</w:t>
            </w:r>
            <w:r w:rsidRPr="00665075">
              <w:rPr>
                <w:b/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меньших</w:t>
            </w:r>
          </w:p>
        </w:tc>
        <w:tc>
          <w:tcPr>
            <w:tcW w:w="528" w:type="dxa"/>
          </w:tcPr>
          <w:p w14:paraId="0F21942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1104" w:type="dxa"/>
          </w:tcPr>
          <w:p w14:paraId="163E28CA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69AF87D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864" w:type="dxa"/>
          </w:tcPr>
          <w:p w14:paraId="0DFA9D92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627B9D70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знакомство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новым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разделом;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задачи;</w:t>
            </w:r>
          </w:p>
          <w:p w14:paraId="3B53C2C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ты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узнаешь?»;</w:t>
            </w:r>
          </w:p>
          <w:p w14:paraId="176343A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«Чему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ты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будешь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учиться?».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Слушание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художественных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животных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оценка своего эмоционального </w:t>
            </w:r>
            <w:r w:rsidRPr="00665075">
              <w:rPr>
                <w:w w:val="105"/>
                <w:sz w:val="20"/>
                <w:szCs w:val="20"/>
              </w:rPr>
              <w:t xml:space="preserve">состояния при восприятии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произведе-ния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. Например;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русская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народная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песня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«Коровушка»;</w:t>
            </w:r>
          </w:p>
          <w:p w14:paraId="56261EF9" w14:textId="77777777" w:rsidR="0077385B" w:rsidRPr="00665075" w:rsidRDefault="0077385B" w:rsidP="00665075">
            <w:pPr>
              <w:pStyle w:val="TableParagraph"/>
              <w:ind w:left="78" w:right="2838"/>
              <w:rPr>
                <w:sz w:val="20"/>
                <w:szCs w:val="20"/>
              </w:rPr>
            </w:pPr>
            <w:proofErr w:type="spellStart"/>
            <w:proofErr w:type="gramStart"/>
            <w:r w:rsidRPr="00665075">
              <w:rPr>
                <w:w w:val="105"/>
                <w:sz w:val="20"/>
                <w:szCs w:val="20"/>
              </w:rPr>
              <w:t>стихо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-творения</w:t>
            </w:r>
            <w:proofErr w:type="gramEnd"/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Рубцова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«Про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зайца»;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Саши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Чёрного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Жеребё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нок»;</w:t>
            </w:r>
          </w:p>
          <w:p w14:paraId="0F7F2C19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Р.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Сефа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«Птенцы»;</w:t>
            </w:r>
          </w:p>
          <w:p w14:paraId="1CCB754E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Берестова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«Кошкин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щенок»;</w:t>
            </w:r>
          </w:p>
          <w:p w14:paraId="445FE9F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«С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фотоаппаратом»;</w:t>
            </w:r>
          </w:p>
          <w:p w14:paraId="2EA0285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«Прощание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другом»;</w:t>
            </w:r>
          </w:p>
          <w:p w14:paraId="51374EA4" w14:textId="77777777" w:rsidR="0077385B" w:rsidRPr="00665075" w:rsidRDefault="0077385B" w:rsidP="00665075">
            <w:pPr>
              <w:pStyle w:val="TableParagraph"/>
              <w:ind w:left="78" w:right="3904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С. В. Михалкова «Мой щенок»;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Барто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«Думают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звери?»;</w:t>
            </w:r>
          </w:p>
          <w:p w14:paraId="51D0D1A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«Он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был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совсем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один»;</w:t>
            </w:r>
          </w:p>
          <w:p w14:paraId="5307D8F8" w14:textId="77777777" w:rsidR="0077385B" w:rsidRPr="00665075" w:rsidRDefault="0077385B" w:rsidP="00665075">
            <w:pPr>
              <w:pStyle w:val="TableParagraph"/>
              <w:ind w:left="78" w:right="997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Пивоваровой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«Жила-была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собака»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др.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прослушанного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произведения;</w:t>
            </w:r>
          </w:p>
          <w:p w14:paraId="6F1B921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ответ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вопрос: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«Какова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главная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мысль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произведения?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Как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автор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описывает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отношения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людей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животных?»;</w:t>
            </w:r>
          </w:p>
          <w:p w14:paraId="0FC12B38" w14:textId="77777777" w:rsidR="0077385B" w:rsidRPr="00665075" w:rsidRDefault="0077385B" w:rsidP="00665075">
            <w:pPr>
              <w:pStyle w:val="TableParagraph"/>
              <w:ind w:left="78" w:right="212"/>
              <w:jc w:val="both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осознание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идеи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животных: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забота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животных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требует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ответственности;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человек должен с заботой относиться к природе. </w:t>
            </w:r>
            <w:r w:rsidRPr="00665075">
              <w:rPr>
                <w:w w:val="105"/>
                <w:sz w:val="20"/>
                <w:szCs w:val="20"/>
              </w:rPr>
              <w:t>Упражнение в чтении целыми словами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без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пропусков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переста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новок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;</w:t>
            </w:r>
          </w:p>
          <w:p w14:paraId="00A3BE51" w14:textId="77777777" w:rsidR="0077385B" w:rsidRPr="00665075" w:rsidRDefault="0077385B" w:rsidP="00665075">
            <w:pPr>
              <w:pStyle w:val="TableParagraph"/>
              <w:ind w:left="78" w:right="163"/>
              <w:jc w:val="both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постепенным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переходом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вслух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чтению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себя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животных: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русская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народная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сказка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«Белые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пёрышки»;</w:t>
            </w:r>
          </w:p>
          <w:p w14:paraId="24C8DB0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К.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Ушинский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«Васька»;</w:t>
            </w:r>
          </w:p>
          <w:p w14:paraId="48877ED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«Лиса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Патрике-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евна</w:t>
            </w:r>
            <w:proofErr w:type="spellEnd"/>
            <w:r w:rsidRPr="00665075">
              <w:rPr>
                <w:spacing w:val="-1"/>
                <w:w w:val="105"/>
                <w:sz w:val="20"/>
                <w:szCs w:val="20"/>
              </w:rPr>
              <w:t>»;</w:t>
            </w:r>
          </w:p>
          <w:p w14:paraId="11193D7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Бианки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«Ёж-спаситель»;</w:t>
            </w:r>
          </w:p>
          <w:p w14:paraId="10586B2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«Хитрый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лис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умная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уточка»;</w:t>
            </w:r>
          </w:p>
          <w:p w14:paraId="2B139E59" w14:textId="77777777" w:rsidR="0077385B" w:rsidRPr="00665075" w:rsidRDefault="0077385B" w:rsidP="00665075">
            <w:pPr>
              <w:pStyle w:val="TableParagraph"/>
              <w:ind w:left="78" w:right="3644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Е. И. Чарушин «Страшный рассказ»;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Вересаев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«Братишка»;</w:t>
            </w:r>
          </w:p>
          <w:p w14:paraId="2AAE7461" w14:textId="77777777" w:rsidR="0077385B" w:rsidRPr="00665075" w:rsidRDefault="0077385B" w:rsidP="00665075">
            <w:pPr>
              <w:pStyle w:val="TableParagraph"/>
              <w:ind w:left="78" w:right="4363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В. А.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Осеева «Почему»;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 В. Чаплина «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Нюрка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»;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Пришвин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«Журка»;</w:t>
            </w:r>
          </w:p>
          <w:p w14:paraId="01B381F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«Ребята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утята»;</w:t>
            </w:r>
          </w:p>
          <w:p w14:paraId="5E8E64B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Б.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Житков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«Галка»;</w:t>
            </w:r>
          </w:p>
          <w:p w14:paraId="17BB3F0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«Храбрый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утёнок»;</w:t>
            </w:r>
          </w:p>
          <w:p w14:paraId="056D4836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Образцов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«Дружок»;</w:t>
            </w:r>
          </w:p>
          <w:p w14:paraId="4C77E53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Г.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Я.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Снегирёв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«Отважный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пингвинёнок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»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(по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выбору;</w:t>
            </w:r>
          </w:p>
          <w:p w14:paraId="2EA1E951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не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менее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пяти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авторов).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текстом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произведения: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lastRenderedPageBreak/>
              <w:t>определение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темы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главной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мысли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произведения;</w:t>
            </w:r>
          </w:p>
          <w:p w14:paraId="14809CF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ответы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вопросы;</w:t>
            </w:r>
          </w:p>
          <w:p w14:paraId="2511C58F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использование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поискового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выборочного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вида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чтения;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портрета</w:t>
            </w:r>
            <w:r w:rsidRPr="00665075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героя;</w:t>
            </w:r>
          </w:p>
          <w:p w14:paraId="35D4CA07" w14:textId="77777777" w:rsidR="0077385B" w:rsidRPr="00665075" w:rsidRDefault="0077385B" w:rsidP="00665075">
            <w:pPr>
              <w:pStyle w:val="TableParagraph"/>
              <w:ind w:left="78" w:right="259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средств изображения героев и выражения их </w:t>
            </w:r>
            <w:r w:rsidRPr="00665075">
              <w:rPr>
                <w:w w:val="105"/>
                <w:sz w:val="20"/>
                <w:szCs w:val="20"/>
              </w:rPr>
              <w:t>чувств;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объяснение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отношения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автора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героям;</w:t>
            </w:r>
          </w:p>
          <w:p w14:paraId="3F574888" w14:textId="77777777" w:rsidR="0077385B" w:rsidRPr="00665075" w:rsidRDefault="0077385B" w:rsidP="00665075">
            <w:pPr>
              <w:pStyle w:val="TableParagraph"/>
              <w:ind w:left="78" w:right="5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поступкам.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сравнение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описания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героя-животного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художе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ственном</w:t>
            </w:r>
            <w:proofErr w:type="spellEnd"/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научно-познавательном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тексте: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сходство</w:t>
            </w:r>
            <w:r w:rsidRPr="00665075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различия;</w:t>
            </w:r>
          </w:p>
          <w:p w14:paraId="12866905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цели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сообщения.;</w:t>
            </w:r>
          </w:p>
        </w:tc>
        <w:tc>
          <w:tcPr>
            <w:tcW w:w="828" w:type="dxa"/>
          </w:tcPr>
          <w:p w14:paraId="49778F9A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lastRenderedPageBreak/>
              <w:t>Устный опрос; контрольная работа; практическая работа</w:t>
            </w:r>
          </w:p>
        </w:tc>
        <w:tc>
          <w:tcPr>
            <w:tcW w:w="2485" w:type="dxa"/>
          </w:tcPr>
          <w:p w14:paraId="0ACCD5EC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33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34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6F378371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35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3FBA758B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36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6F3C3A1F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748EB54A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21CDC5CE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  <w:tr w:rsidR="0077385B" w:rsidRPr="0076005E" w14:paraId="2EBB9167" w14:textId="77777777" w:rsidTr="00270998">
        <w:trPr>
          <w:trHeight w:val="4751"/>
        </w:trPr>
        <w:tc>
          <w:tcPr>
            <w:tcW w:w="468" w:type="dxa"/>
          </w:tcPr>
          <w:p w14:paraId="644B66B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1.8.</w:t>
            </w:r>
          </w:p>
        </w:tc>
        <w:tc>
          <w:tcPr>
            <w:tcW w:w="1873" w:type="dxa"/>
          </w:tcPr>
          <w:p w14:paraId="3BAF9C99" w14:textId="77777777" w:rsidR="0077385B" w:rsidRPr="00665075" w:rsidRDefault="0077385B" w:rsidP="00665075">
            <w:pPr>
              <w:pStyle w:val="TableParagraph"/>
              <w:ind w:left="76" w:right="133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Звуки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краски</w:t>
            </w:r>
            <w:r w:rsidRPr="00665075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родной</w:t>
            </w:r>
            <w:r w:rsidRPr="00665075">
              <w:rPr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природы в разные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времена года (весна и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лето)</w:t>
            </w:r>
          </w:p>
        </w:tc>
        <w:tc>
          <w:tcPr>
            <w:tcW w:w="528" w:type="dxa"/>
          </w:tcPr>
          <w:p w14:paraId="5B175C91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1104" w:type="dxa"/>
          </w:tcPr>
          <w:p w14:paraId="2A470F5A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0324C00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864" w:type="dxa"/>
          </w:tcPr>
          <w:p w14:paraId="33E74EDE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4BC96654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знакомство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новым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разделом;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задачи;</w:t>
            </w:r>
          </w:p>
          <w:p w14:paraId="0867808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ты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узнаешь?»;</w:t>
            </w:r>
          </w:p>
          <w:p w14:paraId="05BA96F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«Чему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ты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будешь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учиться?».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Слушание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стихотворных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произведений: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Пушкин</w:t>
            </w:r>
          </w:p>
          <w:p w14:paraId="623EF027" w14:textId="77777777" w:rsidR="0077385B" w:rsidRPr="00665075" w:rsidRDefault="0077385B" w:rsidP="00665075">
            <w:pPr>
              <w:pStyle w:val="TableParagraph"/>
              <w:ind w:left="78" w:right="3947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«Гони-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мы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вешними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лучами…»;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Жуковский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«Жаворонок»;</w:t>
            </w:r>
          </w:p>
          <w:p w14:paraId="238FE14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«Приход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весны»;</w:t>
            </w:r>
          </w:p>
          <w:p w14:paraId="61C179B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Плещеев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«Весна»;</w:t>
            </w:r>
          </w:p>
          <w:p w14:paraId="56665789" w14:textId="77777777" w:rsidR="0077385B" w:rsidRPr="00665075" w:rsidRDefault="0077385B" w:rsidP="00665075">
            <w:pPr>
              <w:pStyle w:val="TableParagraph"/>
              <w:ind w:left="78" w:right="3427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Ф.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Тютчев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«Зима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недаром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злится…»;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 А. Фет «Уж верба вся пушистая…»;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Я.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Маршак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«Весенняя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песенка»;</w:t>
            </w:r>
          </w:p>
          <w:p w14:paraId="2F39139D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А.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Л.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Барто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«Апрель»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(по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выбору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2—3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произведения);</w:t>
            </w:r>
          </w:p>
          <w:p w14:paraId="3BB236A4" w14:textId="77777777" w:rsidR="0077385B" w:rsidRPr="00665075" w:rsidRDefault="0077385B" w:rsidP="00665075">
            <w:pPr>
              <w:pStyle w:val="TableParagraph"/>
              <w:ind w:left="78" w:right="453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выражение своего отношения к пейзажной лирике. Обсуждение прослушанного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произведения: ответ на вопрос «Какое настроение вызывает произведение? </w:t>
            </w:r>
            <w:r w:rsidRPr="00665075">
              <w:rPr>
                <w:w w:val="105"/>
                <w:sz w:val="20"/>
                <w:szCs w:val="20"/>
              </w:rPr>
              <w:t>Почему?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Каковы звуки весеннего леса?». Работа с текстом произведения: различение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прозаического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стихотворного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произведений;</w:t>
            </w:r>
          </w:p>
          <w:p w14:paraId="3EE70BCB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упражнение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нахождении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сравнений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эпитетов;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выделение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тексте</w:t>
            </w:r>
            <w:r w:rsidRPr="00665075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слов;</w:t>
            </w:r>
          </w:p>
          <w:p w14:paraId="40BC38E6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использованных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прямом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переносном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значении;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наблюдение за рифмой и ритмом стихотворения;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образных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выраже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ний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;</w:t>
            </w:r>
          </w:p>
          <w:p w14:paraId="0FDF945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словарём.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Выразительное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чтение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интонационным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выделением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знаков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препинания;</w:t>
            </w:r>
          </w:p>
          <w:p w14:paraId="0F4A9DB5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соблюдением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орфоэпических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пунктуационных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норм;</w:t>
            </w:r>
          </w:p>
        </w:tc>
        <w:tc>
          <w:tcPr>
            <w:tcW w:w="828" w:type="dxa"/>
          </w:tcPr>
          <w:p w14:paraId="3C90E2E6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Устный </w:t>
            </w:r>
            <w:proofErr w:type="spellStart"/>
            <w:proofErr w:type="gramStart"/>
            <w:r w:rsidRPr="00665075">
              <w:rPr>
                <w:spacing w:val="-1"/>
                <w:w w:val="105"/>
                <w:sz w:val="20"/>
                <w:szCs w:val="20"/>
              </w:rPr>
              <w:t>опрос;контрольная</w:t>
            </w:r>
            <w:proofErr w:type="spellEnd"/>
            <w:proofErr w:type="gramEnd"/>
            <w:r w:rsidRPr="00665075">
              <w:rPr>
                <w:spacing w:val="-1"/>
                <w:w w:val="105"/>
                <w:sz w:val="20"/>
                <w:szCs w:val="20"/>
              </w:rPr>
              <w:t xml:space="preserve"> работа</w:t>
            </w:r>
          </w:p>
        </w:tc>
        <w:tc>
          <w:tcPr>
            <w:tcW w:w="2485" w:type="dxa"/>
          </w:tcPr>
          <w:p w14:paraId="1D5D6999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37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38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23A8D678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39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1F3882CD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40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55FEB7B5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27DA6E4D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01C647C2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  <w:tr w:rsidR="0077385B" w:rsidRPr="0076005E" w14:paraId="4E1EB87B" w14:textId="77777777" w:rsidTr="00270998">
        <w:trPr>
          <w:trHeight w:val="5820"/>
        </w:trPr>
        <w:tc>
          <w:tcPr>
            <w:tcW w:w="468" w:type="dxa"/>
          </w:tcPr>
          <w:p w14:paraId="6CC5F18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1.9.</w:t>
            </w:r>
          </w:p>
        </w:tc>
        <w:tc>
          <w:tcPr>
            <w:tcW w:w="1873" w:type="dxa"/>
          </w:tcPr>
          <w:p w14:paraId="00D012CE" w14:textId="77777777" w:rsidR="0077385B" w:rsidRPr="00665075" w:rsidRDefault="0077385B" w:rsidP="00665075">
            <w:pPr>
              <w:pStyle w:val="TableParagraph"/>
              <w:ind w:left="76" w:right="370"/>
              <w:rPr>
                <w:b/>
                <w:sz w:val="20"/>
                <w:szCs w:val="20"/>
              </w:rPr>
            </w:pPr>
            <w:r w:rsidRPr="00665075">
              <w:rPr>
                <w:b/>
                <w:w w:val="105"/>
                <w:sz w:val="20"/>
                <w:szCs w:val="20"/>
              </w:rPr>
              <w:t>О</w:t>
            </w:r>
            <w:r w:rsidRPr="00665075">
              <w:rPr>
                <w:b/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наших</w:t>
            </w:r>
            <w:r w:rsidRPr="00665075">
              <w:rPr>
                <w:b/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близких,</w:t>
            </w:r>
            <w:r w:rsidRPr="00665075">
              <w:rPr>
                <w:b/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о</w:t>
            </w:r>
            <w:r w:rsidRPr="00665075">
              <w:rPr>
                <w:b/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семье</w:t>
            </w:r>
          </w:p>
        </w:tc>
        <w:tc>
          <w:tcPr>
            <w:tcW w:w="528" w:type="dxa"/>
          </w:tcPr>
          <w:p w14:paraId="496E0A07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13</w:t>
            </w:r>
          </w:p>
        </w:tc>
        <w:tc>
          <w:tcPr>
            <w:tcW w:w="1104" w:type="dxa"/>
          </w:tcPr>
          <w:p w14:paraId="1D839A4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5CC2F5D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864" w:type="dxa"/>
          </w:tcPr>
          <w:p w14:paraId="3E5DA3E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29659F40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знакомство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новым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разделом;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задачи;</w:t>
            </w:r>
          </w:p>
          <w:p w14:paraId="3A9B14E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ты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узнаешь?»;</w:t>
            </w:r>
          </w:p>
          <w:p w14:paraId="6A7E5DD3" w14:textId="77777777" w:rsidR="0077385B" w:rsidRPr="00665075" w:rsidRDefault="0077385B" w:rsidP="00665075">
            <w:pPr>
              <w:pStyle w:val="TableParagraph"/>
              <w:ind w:left="78" w:right="262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«Чему ты будешь учиться?». Чтение целыми словами без пропусков и перестановок;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spacing w:val="-1"/>
                <w:w w:val="105"/>
                <w:sz w:val="20"/>
                <w:szCs w:val="20"/>
              </w:rPr>
              <w:t>посте-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пенно</w:t>
            </w:r>
            <w:proofErr w:type="spellEnd"/>
            <w:proofErr w:type="gramEnd"/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переходя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чтения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вслух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чтению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себя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произведе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ний</w:t>
            </w:r>
            <w:proofErr w:type="spellEnd"/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детях: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Толстой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«Отец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сыновья»;</w:t>
            </w:r>
          </w:p>
          <w:p w14:paraId="0CE25B6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«Лучше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всех»;</w:t>
            </w:r>
          </w:p>
          <w:p w14:paraId="62D9E3B2" w14:textId="77777777" w:rsidR="0077385B" w:rsidRPr="00665075" w:rsidRDefault="0077385B" w:rsidP="00665075">
            <w:pPr>
              <w:pStyle w:val="TableParagraph"/>
              <w:ind w:left="78" w:right="4442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Осеева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«Сыновья»;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В. В. Орлов «Я и мы»;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Ю.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Яковлев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«Мама»;</w:t>
            </w:r>
          </w:p>
          <w:p w14:paraId="5C011CF9" w14:textId="77777777" w:rsidR="0077385B" w:rsidRPr="00665075" w:rsidRDefault="0077385B" w:rsidP="00665075">
            <w:pPr>
              <w:pStyle w:val="TableParagraph"/>
              <w:ind w:left="78" w:right="3347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татарская народная сказка «Три </w:t>
            </w:r>
            <w:r w:rsidRPr="00665075">
              <w:rPr>
                <w:w w:val="105"/>
                <w:sz w:val="20"/>
                <w:szCs w:val="20"/>
              </w:rPr>
              <w:t>дочери»;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Барто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«Зажигают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фонари»;</w:t>
            </w:r>
          </w:p>
          <w:p w14:paraId="31C15938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Л.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Воронкова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«Катин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подарок»;</w:t>
            </w:r>
          </w:p>
          <w:p w14:paraId="61888E3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Ю.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И.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Коринец</w:t>
            </w:r>
            <w:proofErr w:type="spellEnd"/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«Март»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(по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выбору).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текстом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произведения: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темы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главной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мысли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произведения;</w:t>
            </w:r>
          </w:p>
          <w:p w14:paraId="4EC58C48" w14:textId="77777777" w:rsidR="0077385B" w:rsidRPr="00665075" w:rsidRDefault="0077385B" w:rsidP="00665075">
            <w:pPr>
              <w:pStyle w:val="TableParagraph"/>
              <w:ind w:left="78" w:right="327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соотнесение главной мысли с пословицей;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ответы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вопросы;</w:t>
            </w:r>
          </w:p>
          <w:p w14:paraId="0BA382FF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используя</w:t>
            </w:r>
            <w:r w:rsidRPr="00665075">
              <w:rPr>
                <w:spacing w:val="1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изучающее</w:t>
            </w:r>
            <w:r w:rsidRPr="00665075">
              <w:rPr>
                <w:spacing w:val="1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и поисковое</w:t>
            </w:r>
            <w:r w:rsidRPr="0066507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z w:val="20"/>
                <w:szCs w:val="20"/>
              </w:rPr>
              <w:t>выбороч</w:t>
            </w:r>
            <w:proofErr w:type="spellEnd"/>
            <w:r w:rsidRPr="00665075">
              <w:rPr>
                <w:sz w:val="20"/>
                <w:szCs w:val="20"/>
              </w:rPr>
              <w:t>-</w:t>
            </w:r>
            <w:r w:rsidRPr="0066507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z w:val="20"/>
                <w:szCs w:val="20"/>
              </w:rPr>
              <w:t>ное</w:t>
            </w:r>
            <w:proofErr w:type="spellEnd"/>
            <w:r w:rsidRPr="00665075">
              <w:rPr>
                <w:sz w:val="20"/>
                <w:szCs w:val="20"/>
              </w:rPr>
              <w:t xml:space="preserve"> чтение.</w:t>
            </w:r>
            <w:r w:rsidRPr="00665075">
              <w:rPr>
                <w:spacing w:val="1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Характеристика героя:</w:t>
            </w:r>
            <w:r w:rsidRPr="00665075">
              <w:rPr>
                <w:spacing w:val="-3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установление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взаимосвязи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между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характером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его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поступками;</w:t>
            </w:r>
          </w:p>
          <w:p w14:paraId="1AE52623" w14:textId="77777777" w:rsidR="0077385B" w:rsidRPr="00665075" w:rsidRDefault="0077385B" w:rsidP="00665075">
            <w:pPr>
              <w:pStyle w:val="TableParagraph"/>
              <w:ind w:left="78" w:right="4600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 xml:space="preserve">поиск описания </w:t>
            </w:r>
            <w:r w:rsidRPr="00665075">
              <w:rPr>
                <w:w w:val="105"/>
                <w:sz w:val="20"/>
                <w:szCs w:val="20"/>
              </w:rPr>
              <w:t>героя;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оценка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его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поступков;</w:t>
            </w:r>
          </w:p>
          <w:p w14:paraId="63F4DAB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средств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изображе-ния</w:t>
            </w:r>
            <w:proofErr w:type="spellEnd"/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героев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выражения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чувств;</w:t>
            </w:r>
          </w:p>
          <w:p w14:paraId="43777BB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сравнение героев одного произведения по предложенному алгоритму. Чтение народных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колыбельных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песен</w:t>
            </w:r>
            <w:r w:rsidRPr="00665075">
              <w:rPr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иавторских</w:t>
            </w:r>
            <w:proofErr w:type="spellEnd"/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произведений;</w:t>
            </w:r>
          </w:p>
          <w:p w14:paraId="59D10DA4" w14:textId="77777777" w:rsidR="0077385B" w:rsidRPr="00665075" w:rsidRDefault="0077385B" w:rsidP="00665075">
            <w:pPr>
              <w:pStyle w:val="TableParagraph"/>
              <w:ind w:left="78" w:right="443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их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сравнение.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Например;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Ю.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Лермонтов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«Спи;</w:t>
            </w:r>
          </w:p>
          <w:p w14:paraId="44052C56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младе-нец</w:t>
            </w:r>
            <w:proofErr w:type="spellEnd"/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мой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прекрасный…»;</w:t>
            </w:r>
          </w:p>
          <w:p w14:paraId="1582BE54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А.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Плещеев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бурю»: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схожесть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различие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тем;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языка.;</w:t>
            </w:r>
          </w:p>
        </w:tc>
        <w:tc>
          <w:tcPr>
            <w:tcW w:w="828" w:type="dxa"/>
          </w:tcPr>
          <w:p w14:paraId="53CC633F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Самооценка с использованием «Оценочного листа»; контрольная работа</w:t>
            </w:r>
          </w:p>
        </w:tc>
        <w:tc>
          <w:tcPr>
            <w:tcW w:w="2485" w:type="dxa"/>
          </w:tcPr>
          <w:p w14:paraId="630853B5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41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42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51802F34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43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3D9FBFAC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44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348904E6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078DB61D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62901FBE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</w:tbl>
    <w:p w14:paraId="0B981536" w14:textId="77777777" w:rsidR="0077385B" w:rsidRPr="00665075" w:rsidRDefault="0077385B" w:rsidP="006650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77385B" w:rsidRPr="0066507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873"/>
        <w:gridCol w:w="528"/>
        <w:gridCol w:w="1104"/>
        <w:gridCol w:w="1140"/>
        <w:gridCol w:w="864"/>
        <w:gridCol w:w="6207"/>
        <w:gridCol w:w="828"/>
        <w:gridCol w:w="2485"/>
      </w:tblGrid>
      <w:tr w:rsidR="0077385B" w:rsidRPr="0076005E" w14:paraId="1D3C0E4A" w14:textId="77777777" w:rsidTr="00270998">
        <w:trPr>
          <w:trHeight w:val="4331"/>
        </w:trPr>
        <w:tc>
          <w:tcPr>
            <w:tcW w:w="468" w:type="dxa"/>
          </w:tcPr>
          <w:p w14:paraId="647279E1" w14:textId="77777777" w:rsidR="0077385B" w:rsidRPr="00665075" w:rsidRDefault="0077385B" w:rsidP="00665075">
            <w:pPr>
              <w:pStyle w:val="TableParagraph"/>
              <w:ind w:left="55" w:right="43"/>
              <w:jc w:val="center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1.10.</w:t>
            </w:r>
          </w:p>
        </w:tc>
        <w:tc>
          <w:tcPr>
            <w:tcW w:w="1873" w:type="dxa"/>
          </w:tcPr>
          <w:p w14:paraId="16BA8E99" w14:textId="77777777" w:rsidR="0077385B" w:rsidRPr="00665075" w:rsidRDefault="0077385B" w:rsidP="00665075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w w:val="105"/>
                <w:sz w:val="20"/>
                <w:szCs w:val="20"/>
              </w:rPr>
              <w:t>Зарубежная</w:t>
            </w:r>
            <w:r w:rsidRPr="00665075">
              <w:rPr>
                <w:b/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литература</w:t>
            </w:r>
          </w:p>
        </w:tc>
        <w:tc>
          <w:tcPr>
            <w:tcW w:w="528" w:type="dxa"/>
          </w:tcPr>
          <w:p w14:paraId="0DFD3F9A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11</w:t>
            </w:r>
          </w:p>
        </w:tc>
        <w:tc>
          <w:tcPr>
            <w:tcW w:w="1104" w:type="dxa"/>
          </w:tcPr>
          <w:p w14:paraId="477DBD6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3DD7023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864" w:type="dxa"/>
          </w:tcPr>
          <w:p w14:paraId="7C7BBE0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32353303" w14:textId="77777777" w:rsidR="0077385B" w:rsidRPr="00665075" w:rsidRDefault="0077385B" w:rsidP="00665075">
            <w:pPr>
              <w:pStyle w:val="TableParagraph"/>
              <w:ind w:left="78" w:right="2451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Учебный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диалог: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знакомство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новым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разделом;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учебной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задачи;</w:t>
            </w:r>
          </w:p>
          <w:p w14:paraId="3DF2BD4D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обсуждение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чём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ты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узнаешь?»;</w:t>
            </w:r>
          </w:p>
          <w:p w14:paraId="24550A31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«Чему ты будешь учиться?». Упражнение в чтении произведений зарубежных писателей: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братья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Гримм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«Бременские</w:t>
            </w:r>
            <w:r w:rsidRPr="00665075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музыканты»;</w:t>
            </w:r>
          </w:p>
          <w:p w14:paraId="6D74BDC2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Ш.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Перро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«Кот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сапо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-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гах</w:t>
            </w:r>
            <w:proofErr w:type="spellEnd"/>
            <w:r w:rsidRPr="00665075">
              <w:rPr>
                <w:w w:val="105"/>
                <w:sz w:val="20"/>
                <w:szCs w:val="20"/>
              </w:rPr>
              <w:t>»;</w:t>
            </w:r>
          </w:p>
          <w:p w14:paraId="32A0B204" w14:textId="77777777" w:rsidR="0077385B" w:rsidRPr="00665075" w:rsidRDefault="0077385B" w:rsidP="00665075">
            <w:pPr>
              <w:pStyle w:val="TableParagraph"/>
              <w:ind w:left="78" w:right="3075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Дж.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Харрис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«Братец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Лис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Братец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Кролик»;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Э.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Распэ</w:t>
            </w:r>
            <w:proofErr w:type="spellEnd"/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«Необыкновенный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олень»;</w:t>
            </w:r>
          </w:p>
          <w:p w14:paraId="59DA04B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Х.-К.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Андерсен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«Пятеро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из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одного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стручка»;</w:t>
            </w:r>
          </w:p>
          <w:p w14:paraId="1BF3C25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«Огниво»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(не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менее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двух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произведений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выбору).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Характеристика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героя: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установление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взаимосвязи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между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характером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его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поступками;</w:t>
            </w:r>
          </w:p>
          <w:p w14:paraId="71733F9F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описание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характера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героя;</w:t>
            </w:r>
          </w:p>
          <w:p w14:paraId="6D5CA38E" w14:textId="77777777" w:rsidR="0077385B" w:rsidRPr="00665075" w:rsidRDefault="0077385B" w:rsidP="00665075">
            <w:pPr>
              <w:pStyle w:val="TableParagraph"/>
              <w:ind w:left="78" w:right="1197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нахождение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портрета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героя.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текстом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37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последовательно-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w w:val="105"/>
                <w:sz w:val="20"/>
                <w:szCs w:val="20"/>
              </w:rPr>
              <w:t>сти</w:t>
            </w:r>
            <w:proofErr w:type="spellEnd"/>
            <w:proofErr w:type="gramEnd"/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событий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произведении;</w:t>
            </w:r>
          </w:p>
          <w:p w14:paraId="15FB74E7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конструирование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(моделирование)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плана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произведения: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деление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текста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смысловые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части;</w:t>
            </w:r>
          </w:p>
          <w:p w14:paraId="6AC06E3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определение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эпизодов;</w:t>
            </w:r>
          </w:p>
          <w:p w14:paraId="735081C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выделение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опорных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слов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для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каждой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части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плана;</w:t>
            </w:r>
          </w:p>
          <w:p w14:paraId="728F94AB" w14:textId="77777777" w:rsidR="0077385B" w:rsidRPr="00665075" w:rsidRDefault="0077385B" w:rsidP="00665075">
            <w:pPr>
              <w:pStyle w:val="TableParagraph"/>
              <w:ind w:left="78" w:right="146"/>
              <w:rPr>
                <w:sz w:val="20"/>
                <w:szCs w:val="20"/>
              </w:rPr>
            </w:pP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озаглавливание</w:t>
            </w:r>
            <w:proofErr w:type="spellEnd"/>
            <w:r w:rsidRPr="00665075">
              <w:rPr>
                <w:spacing w:val="-1"/>
                <w:w w:val="105"/>
                <w:sz w:val="20"/>
                <w:szCs w:val="20"/>
              </w:rPr>
              <w:t xml:space="preserve"> части (формулировать </w:t>
            </w:r>
            <w:r w:rsidRPr="00665075">
              <w:rPr>
                <w:w w:val="105"/>
                <w:sz w:val="20"/>
                <w:szCs w:val="20"/>
              </w:rPr>
              <w:t>вопрос или назывное предложение по каждой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части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текста).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Упражнение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на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формулирование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вопросов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фактическому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содержанию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прочитанного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произведения.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Пересказ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(устно)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содержания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сказки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выборочно.;</w:t>
            </w:r>
          </w:p>
        </w:tc>
        <w:tc>
          <w:tcPr>
            <w:tcW w:w="828" w:type="dxa"/>
          </w:tcPr>
          <w:p w14:paraId="09475B30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Тестирование; практическая работа; контрольная работа</w:t>
            </w:r>
          </w:p>
        </w:tc>
        <w:tc>
          <w:tcPr>
            <w:tcW w:w="2485" w:type="dxa"/>
          </w:tcPr>
          <w:p w14:paraId="1181E5AE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45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46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3F550240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47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3B443A60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48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438048A5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2B6FBEA1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78F0F469" w14:textId="77777777" w:rsidR="0077385B" w:rsidRPr="00665075" w:rsidRDefault="0077385B" w:rsidP="00665075">
            <w:pPr>
              <w:pStyle w:val="TableParagraph"/>
              <w:ind w:left="80" w:right="272"/>
              <w:rPr>
                <w:sz w:val="20"/>
                <w:szCs w:val="20"/>
              </w:rPr>
            </w:pPr>
          </w:p>
          <w:p w14:paraId="4EDD5CC0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  <w:tr w:rsidR="0077385B" w:rsidRPr="0076005E" w14:paraId="4E94064B" w14:textId="77777777" w:rsidTr="00270998">
        <w:trPr>
          <w:trHeight w:val="3599"/>
        </w:trPr>
        <w:tc>
          <w:tcPr>
            <w:tcW w:w="468" w:type="dxa"/>
          </w:tcPr>
          <w:p w14:paraId="23FCECE0" w14:textId="77777777" w:rsidR="0077385B" w:rsidRPr="00665075" w:rsidRDefault="0077385B" w:rsidP="00665075">
            <w:pPr>
              <w:pStyle w:val="TableParagraph"/>
              <w:ind w:left="55" w:right="43"/>
              <w:jc w:val="center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1.11.</w:t>
            </w:r>
          </w:p>
        </w:tc>
        <w:tc>
          <w:tcPr>
            <w:tcW w:w="1873" w:type="dxa"/>
          </w:tcPr>
          <w:p w14:paraId="3918057F" w14:textId="77777777" w:rsidR="0077385B" w:rsidRPr="00665075" w:rsidRDefault="0077385B" w:rsidP="00665075">
            <w:pPr>
              <w:pStyle w:val="TableParagraph"/>
              <w:ind w:left="76" w:right="326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w w:val="105"/>
                <w:sz w:val="20"/>
                <w:szCs w:val="20"/>
              </w:rPr>
              <w:t>Библиографическая</w:t>
            </w:r>
            <w:r w:rsidRPr="00665075">
              <w:rPr>
                <w:b/>
                <w:spacing w:val="-3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культура (работа с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детской книгой и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справочной</w:t>
            </w:r>
            <w:r w:rsidRPr="00665075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b/>
                <w:w w:val="105"/>
                <w:sz w:val="20"/>
                <w:szCs w:val="20"/>
              </w:rPr>
              <w:t>литературой)</w:t>
            </w:r>
          </w:p>
        </w:tc>
        <w:tc>
          <w:tcPr>
            <w:tcW w:w="528" w:type="dxa"/>
          </w:tcPr>
          <w:p w14:paraId="6997B4D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2</w:t>
            </w:r>
          </w:p>
        </w:tc>
        <w:tc>
          <w:tcPr>
            <w:tcW w:w="1104" w:type="dxa"/>
          </w:tcPr>
          <w:p w14:paraId="7C01CF4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14:paraId="6C78FC6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0</w:t>
            </w:r>
          </w:p>
        </w:tc>
        <w:tc>
          <w:tcPr>
            <w:tcW w:w="864" w:type="dxa"/>
          </w:tcPr>
          <w:p w14:paraId="7878DFB3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</w:p>
        </w:tc>
        <w:tc>
          <w:tcPr>
            <w:tcW w:w="6207" w:type="dxa"/>
          </w:tcPr>
          <w:p w14:paraId="502ACAD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Экскурсия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библиотеку;</w:t>
            </w:r>
          </w:p>
          <w:p w14:paraId="14B47AD7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ориентировка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пространстве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proofErr w:type="gramStart"/>
            <w:r w:rsidRPr="00665075">
              <w:rPr>
                <w:w w:val="105"/>
                <w:sz w:val="20"/>
                <w:szCs w:val="20"/>
              </w:rPr>
              <w:t>школь-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ной</w:t>
            </w:r>
            <w:proofErr w:type="gramEnd"/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библиотеки;</w:t>
            </w:r>
          </w:p>
          <w:p w14:paraId="6AD950B0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работа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тематическим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каталогом.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Беседа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библиотекарем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на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тему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важности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чтения</w:t>
            </w:r>
            <w:r w:rsidRPr="00665075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для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обучения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и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развития.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Выбор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книги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учётом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рекомендательного</w:t>
            </w:r>
            <w:r w:rsidRPr="00665075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списка;</w:t>
            </w:r>
          </w:p>
          <w:p w14:paraId="2DF94DD3" w14:textId="77777777" w:rsidR="0077385B" w:rsidRPr="00665075" w:rsidRDefault="0077385B" w:rsidP="00665075">
            <w:pPr>
              <w:pStyle w:val="TableParagraph"/>
              <w:ind w:left="78" w:right="1197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по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тематиче</w:t>
            </w:r>
            <w:proofErr w:type="spellEnd"/>
            <w:r w:rsidRPr="00665075">
              <w:rPr>
                <w:spacing w:val="-1"/>
                <w:w w:val="105"/>
                <w:sz w:val="20"/>
                <w:szCs w:val="20"/>
              </w:rPr>
              <w:t>-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665075">
              <w:rPr>
                <w:spacing w:val="-1"/>
                <w:w w:val="105"/>
                <w:sz w:val="20"/>
                <w:szCs w:val="20"/>
              </w:rPr>
              <w:t>скому</w:t>
            </w:r>
            <w:proofErr w:type="spellEnd"/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каталогу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библиотеке.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Сравнение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книг</w:t>
            </w:r>
            <w:r w:rsidRPr="00665075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теме;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автору;</w:t>
            </w:r>
          </w:p>
          <w:p w14:paraId="502B620E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заголовку;</w:t>
            </w:r>
          </w:p>
          <w:p w14:paraId="2B5D9B17" w14:textId="77777777" w:rsidR="0077385B" w:rsidRPr="00665075" w:rsidRDefault="0077385B" w:rsidP="00665075">
            <w:pPr>
              <w:pStyle w:val="TableParagraph"/>
              <w:ind w:left="78" w:right="1990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ориентировка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в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содержании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книги/учебника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оглавлению;</w:t>
            </w:r>
            <w:r w:rsidRPr="00665075">
              <w:rPr>
                <w:spacing w:val="-3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аннотации;</w:t>
            </w:r>
          </w:p>
          <w:p w14:paraId="41137954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предисловию;</w:t>
            </w:r>
          </w:p>
          <w:p w14:paraId="2322594B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условным обозначениям. Рассказ о прочитанной книге с использованием изученных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понятий. Составление списка прочитанных книг. Группировка книг по изученным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разделам</w:t>
            </w:r>
            <w:r w:rsidRPr="00665075">
              <w:rPr>
                <w:spacing w:val="6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и</w:t>
            </w:r>
            <w:r w:rsidRPr="00665075">
              <w:rPr>
                <w:spacing w:val="16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темам.</w:t>
            </w:r>
            <w:r w:rsidRPr="00665075">
              <w:rPr>
                <w:spacing w:val="1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Поиск</w:t>
            </w:r>
            <w:r w:rsidRPr="00665075">
              <w:rPr>
                <w:spacing w:val="1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необходимой</w:t>
            </w:r>
            <w:r w:rsidRPr="00665075">
              <w:rPr>
                <w:spacing w:val="1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информации</w:t>
            </w:r>
            <w:r w:rsidRPr="00665075">
              <w:rPr>
                <w:spacing w:val="1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в</w:t>
            </w:r>
            <w:r w:rsidRPr="00665075">
              <w:rPr>
                <w:spacing w:val="16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словарях</w:t>
            </w:r>
            <w:r w:rsidRPr="00665075">
              <w:rPr>
                <w:spacing w:val="1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и</w:t>
            </w:r>
            <w:r w:rsidRPr="00665075">
              <w:rPr>
                <w:spacing w:val="1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справочниках</w:t>
            </w:r>
            <w:r w:rsidRPr="00665075">
              <w:rPr>
                <w:spacing w:val="22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об</w:t>
            </w:r>
            <w:r w:rsidRPr="00665075">
              <w:rPr>
                <w:spacing w:val="15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авторах</w:t>
            </w:r>
            <w:r w:rsidRPr="00665075">
              <w:rPr>
                <w:spacing w:val="1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изученных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произведений.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Рассказ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своих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любимых</w:t>
            </w:r>
            <w:r w:rsidRPr="00665075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книгах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предложенному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алгоритму.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Рекомендации</w:t>
            </w:r>
            <w:r w:rsidRPr="00665075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по</w:t>
            </w:r>
            <w:r w:rsidRPr="00665075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летнему</w:t>
            </w:r>
            <w:r w:rsidRPr="00665075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чтению;</w:t>
            </w:r>
          </w:p>
          <w:p w14:paraId="77C85A8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оформление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дневника</w:t>
            </w:r>
            <w:r w:rsidRPr="00665075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читателя.;</w:t>
            </w:r>
          </w:p>
          <w:p w14:paraId="5C46B7ED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;</w:t>
            </w:r>
          </w:p>
          <w:p w14:paraId="200ADDBC" w14:textId="77777777" w:rsidR="0077385B" w:rsidRPr="00665075" w:rsidRDefault="0077385B" w:rsidP="00665075">
            <w:pPr>
              <w:pStyle w:val="TableParagraph"/>
              <w:ind w:left="78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;</w:t>
            </w:r>
          </w:p>
        </w:tc>
        <w:tc>
          <w:tcPr>
            <w:tcW w:w="828" w:type="dxa"/>
          </w:tcPr>
          <w:p w14:paraId="5BE93895" w14:textId="77777777" w:rsidR="0077385B" w:rsidRPr="00665075" w:rsidRDefault="0077385B" w:rsidP="00665075">
            <w:pPr>
              <w:pStyle w:val="TableParagraph"/>
              <w:ind w:left="79" w:right="62"/>
              <w:rPr>
                <w:sz w:val="20"/>
                <w:szCs w:val="20"/>
              </w:rPr>
            </w:pPr>
            <w:r w:rsidRPr="00665075">
              <w:rPr>
                <w:spacing w:val="-1"/>
                <w:w w:val="105"/>
                <w:sz w:val="20"/>
                <w:szCs w:val="20"/>
              </w:rPr>
              <w:t>Устный опрос; контрольная работа</w:t>
            </w:r>
          </w:p>
        </w:tc>
        <w:tc>
          <w:tcPr>
            <w:tcW w:w="2485" w:type="dxa"/>
          </w:tcPr>
          <w:p w14:paraId="1D2C8A51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49" w:history="1">
              <w:r w:rsidR="0077385B" w:rsidRPr="00665075">
                <w:rPr>
                  <w:rStyle w:val="aff9"/>
                  <w:sz w:val="20"/>
                  <w:szCs w:val="20"/>
                  <w:lang w:val="en-US"/>
                </w:rPr>
                <w:t>h</w:t>
              </w:r>
              <w:r w:rsidR="0077385B" w:rsidRPr="00665075">
                <w:rPr>
                  <w:rStyle w:val="aff9"/>
                  <w:sz w:val="20"/>
                  <w:szCs w:val="20"/>
                </w:rPr>
                <w:t>ttp://viki.rdf.ru/</w:t>
              </w:r>
            </w:hyperlink>
            <w:r w:rsidR="0077385B" w:rsidRPr="00665075">
              <w:rPr>
                <w:sz w:val="20"/>
                <w:szCs w:val="20"/>
              </w:rPr>
              <w:t xml:space="preserve"> </w:t>
            </w:r>
            <w:hyperlink r:id="rId50" w:history="1">
              <w:r w:rsidR="0077385B" w:rsidRPr="00665075">
                <w:rPr>
                  <w:rStyle w:val="aff9"/>
                  <w:sz w:val="20"/>
                  <w:szCs w:val="20"/>
                </w:rPr>
                <w:t>http://musabiqe.edu.az</w:t>
              </w:r>
            </w:hyperlink>
            <w:r w:rsidR="0077385B" w:rsidRPr="00665075">
              <w:rPr>
                <w:sz w:val="20"/>
                <w:szCs w:val="20"/>
              </w:rPr>
              <w:t xml:space="preserve"> сайт для учителей начальных классов</w:t>
            </w:r>
          </w:p>
          <w:p w14:paraId="50C30544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51" w:history="1">
              <w:r w:rsidR="0077385B" w:rsidRPr="00665075">
                <w:rPr>
                  <w:rStyle w:val="aff9"/>
                  <w:sz w:val="20"/>
                  <w:szCs w:val="20"/>
                </w:rPr>
                <w:t>http://www.4stupeni.ru</w:t>
              </w:r>
            </w:hyperlink>
            <w:r w:rsidR="0077385B" w:rsidRPr="00665075">
              <w:rPr>
                <w:sz w:val="20"/>
                <w:szCs w:val="20"/>
              </w:rPr>
              <w:t xml:space="preserve">  клуб учителей начальной школы</w:t>
            </w:r>
          </w:p>
          <w:p w14:paraId="64ADD240" w14:textId="77777777" w:rsidR="0077385B" w:rsidRPr="00665075" w:rsidRDefault="00FC236C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hyperlink r:id="rId52" w:history="1">
              <w:r w:rsidR="0077385B" w:rsidRPr="00665075">
                <w:rPr>
                  <w:rStyle w:val="aff9"/>
                  <w:sz w:val="20"/>
                  <w:szCs w:val="20"/>
                </w:rPr>
                <w:t>http://trudovik.ucoz.ua</w:t>
              </w:r>
            </w:hyperlink>
            <w:r w:rsidR="0077385B" w:rsidRPr="00665075">
              <w:rPr>
                <w:sz w:val="20"/>
                <w:szCs w:val="20"/>
              </w:rPr>
              <w:t xml:space="preserve"> материалы для уроков учителю начальных классов</w:t>
            </w:r>
          </w:p>
          <w:p w14:paraId="7B67C533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http://www.uroki.net - бесплатное</w:t>
            </w:r>
          </w:p>
          <w:p w14:paraId="57054191" w14:textId="77777777" w:rsidR="0077385B" w:rsidRPr="00665075" w:rsidRDefault="0077385B" w:rsidP="00665075">
            <w:pPr>
              <w:pStyle w:val="TableParagraph"/>
              <w:ind w:left="79" w:right="62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поурочное планирование, сценарии, разработки уроков, внеклассные мероприятия и др.</w:t>
            </w:r>
          </w:p>
          <w:p w14:paraId="7FB1443E" w14:textId="77777777" w:rsidR="0077385B" w:rsidRPr="00665075" w:rsidRDefault="0077385B" w:rsidP="00665075">
            <w:pPr>
              <w:pStyle w:val="TableParagraph"/>
              <w:ind w:left="80" w:right="43"/>
              <w:rPr>
                <w:sz w:val="20"/>
                <w:szCs w:val="20"/>
              </w:rPr>
            </w:pPr>
          </w:p>
        </w:tc>
      </w:tr>
      <w:tr w:rsidR="0077385B" w:rsidRPr="00665075" w14:paraId="145912E5" w14:textId="77777777" w:rsidTr="00270998">
        <w:trPr>
          <w:trHeight w:val="333"/>
        </w:trPr>
        <w:tc>
          <w:tcPr>
            <w:tcW w:w="2341" w:type="dxa"/>
            <w:gridSpan w:val="2"/>
          </w:tcPr>
          <w:p w14:paraId="1FC24A2F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lastRenderedPageBreak/>
              <w:t>Резервное</w:t>
            </w:r>
            <w:r w:rsidRPr="00665075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w w:val="105"/>
                <w:sz w:val="20"/>
                <w:szCs w:val="20"/>
              </w:rPr>
              <w:t>время</w:t>
            </w:r>
          </w:p>
        </w:tc>
        <w:tc>
          <w:tcPr>
            <w:tcW w:w="528" w:type="dxa"/>
          </w:tcPr>
          <w:p w14:paraId="7BA4A5D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8</w:t>
            </w:r>
          </w:p>
        </w:tc>
        <w:tc>
          <w:tcPr>
            <w:tcW w:w="12628" w:type="dxa"/>
            <w:gridSpan w:val="6"/>
          </w:tcPr>
          <w:p w14:paraId="767C29B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7385B" w:rsidRPr="00665075" w14:paraId="014E73E3" w14:textId="77777777" w:rsidTr="00270998">
        <w:trPr>
          <w:trHeight w:val="525"/>
        </w:trPr>
        <w:tc>
          <w:tcPr>
            <w:tcW w:w="2341" w:type="dxa"/>
            <w:gridSpan w:val="2"/>
          </w:tcPr>
          <w:p w14:paraId="3836A4B2" w14:textId="77777777" w:rsidR="0077385B" w:rsidRPr="00665075" w:rsidRDefault="0077385B" w:rsidP="00665075">
            <w:pPr>
              <w:pStyle w:val="TableParagraph"/>
              <w:ind w:left="76" w:right="428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ОБЩЕЕ КОЛИЧЕСТВО</w:t>
            </w:r>
            <w:r w:rsidRPr="00665075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ЧАСОВ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ПО</w:t>
            </w:r>
            <w:r w:rsidRPr="00665075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665075">
              <w:rPr>
                <w:spacing w:val="-1"/>
                <w:w w:val="105"/>
                <w:sz w:val="20"/>
                <w:szCs w:val="20"/>
              </w:rPr>
              <w:t>ПРОГРАММЕ</w:t>
            </w:r>
          </w:p>
        </w:tc>
        <w:tc>
          <w:tcPr>
            <w:tcW w:w="528" w:type="dxa"/>
          </w:tcPr>
          <w:p w14:paraId="235921C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136</w:t>
            </w:r>
          </w:p>
        </w:tc>
        <w:tc>
          <w:tcPr>
            <w:tcW w:w="1104" w:type="dxa"/>
          </w:tcPr>
          <w:p w14:paraId="2D716BF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w w:val="105"/>
                <w:sz w:val="20"/>
                <w:szCs w:val="20"/>
              </w:rPr>
              <w:t>11</w:t>
            </w:r>
          </w:p>
        </w:tc>
        <w:tc>
          <w:tcPr>
            <w:tcW w:w="1140" w:type="dxa"/>
          </w:tcPr>
          <w:p w14:paraId="7348B88D" w14:textId="77777777" w:rsidR="0077385B" w:rsidRPr="00665075" w:rsidRDefault="0077385B" w:rsidP="00665075">
            <w:pPr>
              <w:pStyle w:val="TableParagraph"/>
              <w:ind w:left="77"/>
              <w:jc w:val="center"/>
              <w:rPr>
                <w:sz w:val="20"/>
                <w:szCs w:val="20"/>
              </w:rPr>
            </w:pPr>
            <w:r w:rsidRPr="00665075">
              <w:rPr>
                <w:w w:val="104"/>
                <w:sz w:val="20"/>
                <w:szCs w:val="20"/>
              </w:rPr>
              <w:t>3</w:t>
            </w:r>
          </w:p>
        </w:tc>
        <w:tc>
          <w:tcPr>
            <w:tcW w:w="10384" w:type="dxa"/>
            <w:gridSpan w:val="4"/>
          </w:tcPr>
          <w:p w14:paraId="47DCEBC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39C0743A" w14:textId="77777777" w:rsidR="0077385B" w:rsidRPr="00665075" w:rsidRDefault="0077385B" w:rsidP="0066507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77385B" w:rsidRPr="00665075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2737A7B8" w14:textId="77777777" w:rsidR="0077385B" w:rsidRPr="00665075" w:rsidRDefault="00FC236C" w:rsidP="00665075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val="ru-RU" w:eastAsia="ru-RU"/>
        </w:rPr>
        <w:lastRenderedPageBreak/>
        <w:pict w14:anchorId="581720ED">
          <v:rect id="Rectangle 4" o:spid="_x0000_s1029" style="position:absolute;left:0;text-align:left;margin-left:33.3pt;margin-top:22.9pt;width:528.15pt;height:.6pt;z-index:-251658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MUxk2N3AgAA+QQAAA4A&#10;AAAAAAAAAAAAAAAALgIAAGRycy9lMm9Eb2MueG1sUEsBAi0AFAAGAAgAAAAhANaxIAzfAAAACQEA&#10;AA8AAAAAAAAAAAAAAAAA0QQAAGRycy9kb3ducmV2LnhtbFBLBQYAAAAABAAEAPMAAADdBQAAAAA=&#10;" fillcolor="black" stroked="f">
            <w10:wrap type="topAndBottom" anchorx="page"/>
          </v:rect>
        </w:pict>
      </w:r>
      <w:r w:rsidR="0077385B" w:rsidRPr="00665075">
        <w:rPr>
          <w:rFonts w:ascii="Times New Roman" w:hAnsi="Times New Roman" w:cs="Times New Roman"/>
          <w:color w:val="auto"/>
          <w:sz w:val="20"/>
          <w:szCs w:val="20"/>
        </w:rPr>
        <w:t>ПОУРОЧНОЕ</w:t>
      </w:r>
      <w:r w:rsidR="0077385B" w:rsidRPr="00665075">
        <w:rPr>
          <w:rFonts w:ascii="Times New Roman" w:hAnsi="Times New Roman" w:cs="Times New Roman"/>
          <w:color w:val="auto"/>
          <w:spacing w:val="-10"/>
          <w:sz w:val="20"/>
          <w:szCs w:val="20"/>
        </w:rPr>
        <w:t xml:space="preserve"> </w:t>
      </w:r>
      <w:r w:rsidR="0077385B" w:rsidRPr="00665075">
        <w:rPr>
          <w:rFonts w:ascii="Times New Roman" w:hAnsi="Times New Roman" w:cs="Times New Roman"/>
          <w:color w:val="auto"/>
          <w:sz w:val="20"/>
          <w:szCs w:val="20"/>
        </w:rPr>
        <w:t>ПЛАНИРОВАНИЕ</w:t>
      </w:r>
    </w:p>
    <w:p w14:paraId="1D2A0A33" w14:textId="77777777" w:rsidR="0077385B" w:rsidRPr="00665075" w:rsidRDefault="0077385B" w:rsidP="00665075">
      <w:pPr>
        <w:pStyle w:val="a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230"/>
        <w:gridCol w:w="731"/>
        <w:gridCol w:w="1619"/>
        <w:gridCol w:w="1670"/>
        <w:gridCol w:w="1163"/>
        <w:gridCol w:w="1679"/>
      </w:tblGrid>
      <w:tr w:rsidR="0077385B" w:rsidRPr="00665075" w14:paraId="72CDBCCF" w14:textId="77777777" w:rsidTr="00665075">
        <w:trPr>
          <w:trHeight w:val="477"/>
        </w:trPr>
        <w:tc>
          <w:tcPr>
            <w:tcW w:w="454" w:type="dxa"/>
            <w:vMerge w:val="restart"/>
          </w:tcPr>
          <w:p w14:paraId="70D5FD86" w14:textId="77777777" w:rsidR="0077385B" w:rsidRPr="00665075" w:rsidRDefault="0077385B" w:rsidP="00665075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665075">
              <w:rPr>
                <w:b/>
                <w:sz w:val="20"/>
                <w:szCs w:val="20"/>
              </w:rPr>
              <w:t>№</w:t>
            </w:r>
            <w:r w:rsidRPr="0066507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65075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230" w:type="dxa"/>
            <w:vMerge w:val="restart"/>
          </w:tcPr>
          <w:p w14:paraId="5C6BE3F5" w14:textId="77777777" w:rsidR="0077385B" w:rsidRPr="00665075" w:rsidRDefault="0077385B" w:rsidP="00665075">
            <w:pPr>
              <w:pStyle w:val="TableParagraph"/>
              <w:ind w:left="76"/>
              <w:jc w:val="center"/>
              <w:rPr>
                <w:b/>
                <w:sz w:val="20"/>
                <w:szCs w:val="20"/>
              </w:rPr>
            </w:pPr>
            <w:r w:rsidRPr="00665075">
              <w:rPr>
                <w:b/>
                <w:sz w:val="20"/>
                <w:szCs w:val="20"/>
              </w:rPr>
              <w:t>Тема</w:t>
            </w:r>
            <w:r w:rsidRPr="0066507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65075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4020" w:type="dxa"/>
            <w:gridSpan w:val="3"/>
          </w:tcPr>
          <w:p w14:paraId="32150599" w14:textId="77777777" w:rsidR="0077385B" w:rsidRPr="00665075" w:rsidRDefault="0077385B" w:rsidP="00665075">
            <w:pPr>
              <w:pStyle w:val="TableParagraph"/>
              <w:ind w:left="77"/>
              <w:rPr>
                <w:b/>
                <w:sz w:val="20"/>
                <w:szCs w:val="20"/>
              </w:rPr>
            </w:pPr>
            <w:r w:rsidRPr="00665075">
              <w:rPr>
                <w:b/>
                <w:sz w:val="20"/>
                <w:szCs w:val="20"/>
              </w:rPr>
              <w:t>Количество</w:t>
            </w:r>
            <w:r w:rsidRPr="00665075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65075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1163" w:type="dxa"/>
            <w:vMerge w:val="restart"/>
          </w:tcPr>
          <w:p w14:paraId="6B847F05" w14:textId="77777777" w:rsidR="0077385B" w:rsidRPr="00665075" w:rsidRDefault="0077385B" w:rsidP="00665075">
            <w:pPr>
              <w:pStyle w:val="TableParagraph"/>
              <w:ind w:left="81" w:right="52"/>
              <w:rPr>
                <w:b/>
                <w:sz w:val="20"/>
                <w:szCs w:val="20"/>
              </w:rPr>
            </w:pPr>
            <w:r w:rsidRPr="00665075">
              <w:rPr>
                <w:b/>
                <w:sz w:val="20"/>
                <w:szCs w:val="20"/>
              </w:rPr>
              <w:t>Дата</w:t>
            </w:r>
            <w:r w:rsidRPr="0066507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65075">
              <w:rPr>
                <w:b/>
                <w:spacing w:val="-1"/>
                <w:sz w:val="20"/>
                <w:szCs w:val="20"/>
              </w:rPr>
              <w:t>изучения</w:t>
            </w:r>
          </w:p>
        </w:tc>
        <w:tc>
          <w:tcPr>
            <w:tcW w:w="1679" w:type="dxa"/>
            <w:vMerge w:val="restart"/>
          </w:tcPr>
          <w:p w14:paraId="5509C4BF" w14:textId="77777777" w:rsidR="0077385B" w:rsidRPr="00665075" w:rsidRDefault="0077385B" w:rsidP="00665075">
            <w:pPr>
              <w:pStyle w:val="TableParagraph"/>
              <w:ind w:left="82" w:right="64"/>
              <w:rPr>
                <w:b/>
                <w:sz w:val="20"/>
                <w:szCs w:val="20"/>
              </w:rPr>
            </w:pPr>
            <w:r w:rsidRPr="00665075">
              <w:rPr>
                <w:b/>
                <w:sz w:val="20"/>
                <w:szCs w:val="20"/>
              </w:rPr>
              <w:t>Виды, формы</w:t>
            </w:r>
            <w:r w:rsidRPr="0066507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665075">
              <w:rPr>
                <w:b/>
                <w:sz w:val="20"/>
                <w:szCs w:val="20"/>
              </w:rPr>
              <w:t>контроля</w:t>
            </w:r>
          </w:p>
        </w:tc>
      </w:tr>
      <w:tr w:rsidR="0077385B" w:rsidRPr="00665075" w14:paraId="2FA8435D" w14:textId="77777777" w:rsidTr="00665075">
        <w:trPr>
          <w:trHeight w:val="813"/>
        </w:trPr>
        <w:tc>
          <w:tcPr>
            <w:tcW w:w="454" w:type="dxa"/>
            <w:vMerge/>
            <w:tcBorders>
              <w:top w:val="nil"/>
            </w:tcBorders>
          </w:tcPr>
          <w:p w14:paraId="59D140D7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0" w:type="dxa"/>
            <w:vMerge/>
            <w:tcBorders>
              <w:top w:val="nil"/>
            </w:tcBorders>
          </w:tcPr>
          <w:p w14:paraId="4BB16AD2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</w:tcPr>
          <w:p w14:paraId="705BD7A6" w14:textId="77777777" w:rsidR="0077385B" w:rsidRPr="00665075" w:rsidRDefault="0077385B" w:rsidP="00665075">
            <w:pPr>
              <w:pStyle w:val="TableParagraph"/>
              <w:ind w:left="77"/>
              <w:rPr>
                <w:b/>
                <w:sz w:val="20"/>
                <w:szCs w:val="20"/>
              </w:rPr>
            </w:pPr>
            <w:r w:rsidRPr="0066507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619" w:type="dxa"/>
          </w:tcPr>
          <w:p w14:paraId="0E6CE196" w14:textId="77777777" w:rsidR="0077385B" w:rsidRPr="00665075" w:rsidRDefault="0077385B" w:rsidP="00665075">
            <w:pPr>
              <w:pStyle w:val="TableParagraph"/>
              <w:ind w:left="78" w:right="55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sz w:val="20"/>
                <w:szCs w:val="20"/>
              </w:rPr>
              <w:t>контрольные</w:t>
            </w:r>
            <w:r w:rsidRPr="0066507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665075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1670" w:type="dxa"/>
          </w:tcPr>
          <w:p w14:paraId="0216E8B9" w14:textId="77777777" w:rsidR="0077385B" w:rsidRPr="00665075" w:rsidRDefault="0077385B" w:rsidP="00665075">
            <w:pPr>
              <w:pStyle w:val="TableParagraph"/>
              <w:ind w:left="80" w:right="46"/>
              <w:rPr>
                <w:b/>
                <w:sz w:val="20"/>
                <w:szCs w:val="20"/>
              </w:rPr>
            </w:pPr>
            <w:r w:rsidRPr="00665075">
              <w:rPr>
                <w:b/>
                <w:spacing w:val="-1"/>
                <w:sz w:val="20"/>
                <w:szCs w:val="20"/>
              </w:rPr>
              <w:t>практические</w:t>
            </w:r>
            <w:r w:rsidRPr="00665075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665075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14:paraId="43EAC1A5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14:paraId="2013B8E1" w14:textId="77777777" w:rsidR="0077385B" w:rsidRPr="00665075" w:rsidRDefault="0077385B" w:rsidP="00665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85B" w:rsidRPr="00665075" w14:paraId="176C3D9D" w14:textId="77777777" w:rsidTr="00665075">
        <w:trPr>
          <w:trHeight w:val="477"/>
        </w:trPr>
        <w:tc>
          <w:tcPr>
            <w:tcW w:w="454" w:type="dxa"/>
          </w:tcPr>
          <w:p w14:paraId="652D266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1.</w:t>
            </w:r>
          </w:p>
        </w:tc>
        <w:tc>
          <w:tcPr>
            <w:tcW w:w="3230" w:type="dxa"/>
          </w:tcPr>
          <w:p w14:paraId="1026C1D8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Знакомство с учебником «Литературное чтение» (2 класс).  Введение в тему «Самое великое чудо на свете»</w:t>
            </w:r>
          </w:p>
        </w:tc>
        <w:tc>
          <w:tcPr>
            <w:tcW w:w="731" w:type="dxa"/>
          </w:tcPr>
          <w:p w14:paraId="39E72415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35FFE5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4AD18B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F9AC8E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01B03C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C409113" w14:textId="77777777" w:rsidTr="00665075">
        <w:trPr>
          <w:trHeight w:val="477"/>
        </w:trPr>
        <w:tc>
          <w:tcPr>
            <w:tcW w:w="454" w:type="dxa"/>
          </w:tcPr>
          <w:p w14:paraId="2E84677C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2.</w:t>
            </w:r>
          </w:p>
        </w:tc>
        <w:tc>
          <w:tcPr>
            <w:tcW w:w="3230" w:type="dxa"/>
          </w:tcPr>
          <w:p w14:paraId="2882C369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Проект «О чём может рассказать школьная библиотека»</w:t>
            </w:r>
          </w:p>
        </w:tc>
        <w:tc>
          <w:tcPr>
            <w:tcW w:w="731" w:type="dxa"/>
          </w:tcPr>
          <w:p w14:paraId="3B8F51EF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4471FE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79FD834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163" w:type="dxa"/>
          </w:tcPr>
          <w:p w14:paraId="0A36235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9F5F83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Практическая работа;</w:t>
            </w:r>
          </w:p>
        </w:tc>
      </w:tr>
      <w:tr w:rsidR="0077385B" w:rsidRPr="00665075" w14:paraId="1C51AFB6" w14:textId="77777777" w:rsidTr="00665075">
        <w:trPr>
          <w:trHeight w:val="477"/>
        </w:trPr>
        <w:tc>
          <w:tcPr>
            <w:tcW w:w="454" w:type="dxa"/>
          </w:tcPr>
          <w:p w14:paraId="640A7518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3.</w:t>
            </w:r>
          </w:p>
        </w:tc>
        <w:tc>
          <w:tcPr>
            <w:tcW w:w="3230" w:type="dxa"/>
          </w:tcPr>
          <w:p w14:paraId="003B08D7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Знакомство с названием раздела. Устное   народное   творчество.   Малые и большие жанры устного народного творчества. Пословицы и поговорки.  Пословицы      русского      народа.      В.  Даль — собиратель пословиц русского народа. Развитие      речи: сочинение      по пословице</w:t>
            </w:r>
          </w:p>
        </w:tc>
        <w:tc>
          <w:tcPr>
            <w:tcW w:w="731" w:type="dxa"/>
          </w:tcPr>
          <w:p w14:paraId="73CEE1E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2BCD41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121BD7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66D634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D8682B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3676561" w14:textId="77777777" w:rsidTr="00665075">
        <w:trPr>
          <w:trHeight w:val="477"/>
        </w:trPr>
        <w:tc>
          <w:tcPr>
            <w:tcW w:w="454" w:type="dxa"/>
          </w:tcPr>
          <w:p w14:paraId="04CE8BA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4.</w:t>
            </w:r>
          </w:p>
        </w:tc>
        <w:tc>
          <w:tcPr>
            <w:tcW w:w="3230" w:type="dxa"/>
          </w:tcPr>
          <w:p w14:paraId="02D0868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Русские народные песни.  Образ деревьев в русских народных песнях. Рифма. Выразительное чтение русских песен</w:t>
            </w:r>
          </w:p>
        </w:tc>
        <w:tc>
          <w:tcPr>
            <w:tcW w:w="731" w:type="dxa"/>
          </w:tcPr>
          <w:p w14:paraId="14C4FC9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41AD00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3ABD1A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197F1A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D1E6DC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625C2FD" w14:textId="77777777" w:rsidTr="00665075">
        <w:trPr>
          <w:trHeight w:val="477"/>
        </w:trPr>
        <w:tc>
          <w:tcPr>
            <w:tcW w:w="454" w:type="dxa"/>
          </w:tcPr>
          <w:p w14:paraId="60A92981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5.</w:t>
            </w:r>
          </w:p>
        </w:tc>
        <w:tc>
          <w:tcPr>
            <w:tcW w:w="3230" w:type="dxa"/>
          </w:tcPr>
          <w:p w14:paraId="54AA3006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Потешки и </w:t>
            </w:r>
            <w:proofErr w:type="gramStart"/>
            <w:r w:rsidRPr="00665075">
              <w:rPr>
                <w:sz w:val="20"/>
                <w:szCs w:val="20"/>
              </w:rPr>
              <w:t>прибаутки  —</w:t>
            </w:r>
            <w:proofErr w:type="gramEnd"/>
            <w:r w:rsidRPr="00665075">
              <w:rPr>
                <w:sz w:val="20"/>
                <w:szCs w:val="20"/>
              </w:rPr>
              <w:t xml:space="preserve">  малые  жанры  устного  народного  творчества. Отличия прибаутки от потешки.  Слово </w:t>
            </w:r>
            <w:proofErr w:type="gramStart"/>
            <w:r w:rsidRPr="00665075">
              <w:rPr>
                <w:sz w:val="20"/>
                <w:szCs w:val="20"/>
              </w:rPr>
              <w:t>как  средство</w:t>
            </w:r>
            <w:proofErr w:type="gramEnd"/>
            <w:r w:rsidRPr="00665075">
              <w:rPr>
                <w:sz w:val="20"/>
                <w:szCs w:val="20"/>
              </w:rPr>
              <w:t xml:space="preserve"> создания образа</w:t>
            </w:r>
          </w:p>
        </w:tc>
        <w:tc>
          <w:tcPr>
            <w:tcW w:w="731" w:type="dxa"/>
          </w:tcPr>
          <w:p w14:paraId="2001412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B2E43D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8EEAAC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719D24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4A4ED0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2E019002" w14:textId="77777777" w:rsidTr="00665075">
        <w:trPr>
          <w:trHeight w:val="477"/>
        </w:trPr>
        <w:tc>
          <w:tcPr>
            <w:tcW w:w="454" w:type="dxa"/>
          </w:tcPr>
          <w:p w14:paraId="51B64C8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6.</w:t>
            </w:r>
          </w:p>
        </w:tc>
        <w:tc>
          <w:tcPr>
            <w:tcW w:w="3230" w:type="dxa"/>
          </w:tcPr>
          <w:p w14:paraId="59A206F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Считалки  и</w:t>
            </w:r>
            <w:proofErr w:type="gramEnd"/>
            <w:r w:rsidRPr="00665075">
              <w:rPr>
                <w:sz w:val="20"/>
                <w:szCs w:val="20"/>
              </w:rPr>
              <w:t xml:space="preserve">  небылицы  —  малые  жанры  устного  народного  творчества. Ритм — основа считалки. Сравнение считалки и небылицы</w:t>
            </w:r>
          </w:p>
        </w:tc>
        <w:tc>
          <w:tcPr>
            <w:tcW w:w="731" w:type="dxa"/>
          </w:tcPr>
          <w:p w14:paraId="37F1451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DF4284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ABAB42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79D9C5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482EE6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Тестирование;</w:t>
            </w:r>
          </w:p>
        </w:tc>
      </w:tr>
      <w:tr w:rsidR="0077385B" w:rsidRPr="00665075" w14:paraId="201DE5E3" w14:textId="77777777" w:rsidTr="00665075">
        <w:trPr>
          <w:trHeight w:val="477"/>
        </w:trPr>
        <w:tc>
          <w:tcPr>
            <w:tcW w:w="454" w:type="dxa"/>
          </w:tcPr>
          <w:p w14:paraId="0CFE705A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7.</w:t>
            </w:r>
          </w:p>
        </w:tc>
        <w:tc>
          <w:tcPr>
            <w:tcW w:w="3230" w:type="dxa"/>
          </w:tcPr>
          <w:p w14:paraId="1828D516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Загадки  —</w:t>
            </w:r>
            <w:proofErr w:type="gramEnd"/>
            <w:r w:rsidRPr="00665075">
              <w:rPr>
                <w:sz w:val="20"/>
                <w:szCs w:val="20"/>
              </w:rPr>
              <w:t xml:space="preserve">  малые  жанры  устного народного творчества. </w:t>
            </w:r>
            <w:proofErr w:type="gramStart"/>
            <w:r w:rsidRPr="00665075">
              <w:rPr>
                <w:sz w:val="20"/>
                <w:szCs w:val="20"/>
              </w:rPr>
              <w:t>Распределение  загадок</w:t>
            </w:r>
            <w:proofErr w:type="gramEnd"/>
            <w:r w:rsidRPr="00665075">
              <w:rPr>
                <w:sz w:val="20"/>
                <w:szCs w:val="20"/>
              </w:rPr>
              <w:t xml:space="preserve">  по  тематическим группам</w:t>
            </w:r>
          </w:p>
        </w:tc>
        <w:tc>
          <w:tcPr>
            <w:tcW w:w="731" w:type="dxa"/>
          </w:tcPr>
          <w:p w14:paraId="71835CC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78BD39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A419E8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26B63E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CE3897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1F97AA6" w14:textId="77777777" w:rsidTr="00665075">
        <w:trPr>
          <w:trHeight w:val="477"/>
        </w:trPr>
        <w:tc>
          <w:tcPr>
            <w:tcW w:w="454" w:type="dxa"/>
          </w:tcPr>
          <w:p w14:paraId="360903C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8.</w:t>
            </w:r>
          </w:p>
        </w:tc>
        <w:tc>
          <w:tcPr>
            <w:tcW w:w="3230" w:type="dxa"/>
          </w:tcPr>
          <w:p w14:paraId="12E248ED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Сказки.     Русские     народные     сказки. Сказка «Петушок и бобовое зёрнышко»</w:t>
            </w:r>
          </w:p>
        </w:tc>
        <w:tc>
          <w:tcPr>
            <w:tcW w:w="731" w:type="dxa"/>
          </w:tcPr>
          <w:p w14:paraId="0E1473F5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1B138E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6E0A08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27C28A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02F4F1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76005E" w14:paraId="18088297" w14:textId="77777777" w:rsidTr="00665075">
        <w:trPr>
          <w:trHeight w:val="477"/>
        </w:trPr>
        <w:tc>
          <w:tcPr>
            <w:tcW w:w="454" w:type="dxa"/>
          </w:tcPr>
          <w:p w14:paraId="2AE2F79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9.</w:t>
            </w:r>
          </w:p>
        </w:tc>
        <w:tc>
          <w:tcPr>
            <w:tcW w:w="3230" w:type="dxa"/>
          </w:tcPr>
          <w:p w14:paraId="60421C8C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Сказка  «</w:t>
            </w:r>
            <w:proofErr w:type="gramEnd"/>
            <w:r w:rsidRPr="00665075">
              <w:rPr>
                <w:sz w:val="20"/>
                <w:szCs w:val="20"/>
              </w:rPr>
              <w:t xml:space="preserve">У   страха   глаза   велики». Развитие </w:t>
            </w:r>
            <w:proofErr w:type="gramStart"/>
            <w:r w:rsidRPr="00665075">
              <w:rPr>
                <w:sz w:val="20"/>
                <w:szCs w:val="20"/>
              </w:rPr>
              <w:t>речи:  обучение</w:t>
            </w:r>
            <w:proofErr w:type="gramEnd"/>
            <w:r w:rsidRPr="00665075">
              <w:rPr>
                <w:sz w:val="20"/>
                <w:szCs w:val="20"/>
              </w:rPr>
              <w:t xml:space="preserve">  подробному пересказу с сохранением особенностей сказки</w:t>
            </w:r>
          </w:p>
        </w:tc>
        <w:tc>
          <w:tcPr>
            <w:tcW w:w="731" w:type="dxa"/>
          </w:tcPr>
          <w:p w14:paraId="634E10E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4EA88C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48D98C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72BC2E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4E09D8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Самооценка с использованием «Оценочного листа»;</w:t>
            </w:r>
          </w:p>
        </w:tc>
      </w:tr>
      <w:tr w:rsidR="0077385B" w:rsidRPr="00665075" w14:paraId="0DA4AFD8" w14:textId="77777777" w:rsidTr="00665075">
        <w:trPr>
          <w:trHeight w:val="477"/>
        </w:trPr>
        <w:tc>
          <w:tcPr>
            <w:tcW w:w="454" w:type="dxa"/>
          </w:tcPr>
          <w:p w14:paraId="19868AF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10.</w:t>
            </w:r>
          </w:p>
        </w:tc>
        <w:tc>
          <w:tcPr>
            <w:tcW w:w="3230" w:type="dxa"/>
          </w:tcPr>
          <w:p w14:paraId="598DCA5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Сказка «Лиса и тетерев»</w:t>
            </w:r>
          </w:p>
        </w:tc>
        <w:tc>
          <w:tcPr>
            <w:tcW w:w="731" w:type="dxa"/>
          </w:tcPr>
          <w:p w14:paraId="2F99718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CA5522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D4CD97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84062E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91F379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FB179EB" w14:textId="77777777" w:rsidTr="00665075">
        <w:trPr>
          <w:trHeight w:val="477"/>
        </w:trPr>
        <w:tc>
          <w:tcPr>
            <w:tcW w:w="454" w:type="dxa"/>
          </w:tcPr>
          <w:p w14:paraId="01FA9AFC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11.</w:t>
            </w:r>
          </w:p>
        </w:tc>
        <w:tc>
          <w:tcPr>
            <w:tcW w:w="3230" w:type="dxa"/>
          </w:tcPr>
          <w:p w14:paraId="06185AC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Сказка «Лиса и журавль». Сказка «Гуси-лебеди»</w:t>
            </w:r>
          </w:p>
        </w:tc>
        <w:tc>
          <w:tcPr>
            <w:tcW w:w="731" w:type="dxa"/>
          </w:tcPr>
          <w:p w14:paraId="6F5FB56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5BFF05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F748EA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590797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290FFC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C1BD874" w14:textId="77777777" w:rsidTr="00665075">
        <w:trPr>
          <w:trHeight w:val="477"/>
        </w:trPr>
        <w:tc>
          <w:tcPr>
            <w:tcW w:w="454" w:type="dxa"/>
          </w:tcPr>
          <w:p w14:paraId="169EF355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12.</w:t>
            </w:r>
          </w:p>
        </w:tc>
        <w:tc>
          <w:tcPr>
            <w:tcW w:w="3230" w:type="dxa"/>
          </w:tcPr>
          <w:p w14:paraId="6AE9B7E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Сказка «Каша из топора». Сказка «Гуси-лебеди»</w:t>
            </w:r>
          </w:p>
        </w:tc>
        <w:tc>
          <w:tcPr>
            <w:tcW w:w="731" w:type="dxa"/>
          </w:tcPr>
          <w:p w14:paraId="23400ED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B8597A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F16F9A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F74EA7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353ACE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09629BB" w14:textId="77777777" w:rsidTr="00665075">
        <w:trPr>
          <w:trHeight w:val="477"/>
        </w:trPr>
        <w:tc>
          <w:tcPr>
            <w:tcW w:w="454" w:type="dxa"/>
          </w:tcPr>
          <w:p w14:paraId="434BB421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13.</w:t>
            </w:r>
          </w:p>
        </w:tc>
        <w:tc>
          <w:tcPr>
            <w:tcW w:w="3230" w:type="dxa"/>
          </w:tcPr>
          <w:p w14:paraId="4A4A359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Внеклассное чтение</w:t>
            </w:r>
          </w:p>
        </w:tc>
        <w:tc>
          <w:tcPr>
            <w:tcW w:w="731" w:type="dxa"/>
          </w:tcPr>
          <w:p w14:paraId="1BF6FFB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DBD77E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8ADEA5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3046E4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C06EBF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821FA1D" w14:textId="77777777" w:rsidTr="00665075">
        <w:trPr>
          <w:trHeight w:val="477"/>
        </w:trPr>
        <w:tc>
          <w:tcPr>
            <w:tcW w:w="454" w:type="dxa"/>
          </w:tcPr>
          <w:p w14:paraId="4BCBD91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14.</w:t>
            </w:r>
          </w:p>
        </w:tc>
        <w:tc>
          <w:tcPr>
            <w:tcW w:w="3230" w:type="dxa"/>
          </w:tcPr>
          <w:p w14:paraId="6653AEB4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Обобщение </w:t>
            </w:r>
            <w:proofErr w:type="gramStart"/>
            <w:r w:rsidRPr="00665075">
              <w:rPr>
                <w:sz w:val="20"/>
                <w:szCs w:val="20"/>
              </w:rPr>
              <w:t>и  проверка</w:t>
            </w:r>
            <w:proofErr w:type="gramEnd"/>
            <w:r w:rsidRPr="00665075">
              <w:rPr>
                <w:sz w:val="20"/>
                <w:szCs w:val="20"/>
              </w:rPr>
              <w:t xml:space="preserve">  знаний по разделу «Устное народное творчество»</w:t>
            </w:r>
          </w:p>
        </w:tc>
        <w:tc>
          <w:tcPr>
            <w:tcW w:w="731" w:type="dxa"/>
          </w:tcPr>
          <w:p w14:paraId="3362127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46A7E33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14783BC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3990AB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13C0F4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3023E647" w14:textId="77777777" w:rsidTr="00665075">
        <w:trPr>
          <w:trHeight w:val="477"/>
        </w:trPr>
        <w:tc>
          <w:tcPr>
            <w:tcW w:w="454" w:type="dxa"/>
          </w:tcPr>
          <w:p w14:paraId="4A85320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15.</w:t>
            </w:r>
          </w:p>
        </w:tc>
        <w:tc>
          <w:tcPr>
            <w:tcW w:w="3230" w:type="dxa"/>
          </w:tcPr>
          <w:p w14:paraId="72DC455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   Прогнозирование    содержания раздела. Картины осенней природы. Осенние загадки. Образ осени в загадках. Соотнесение загадки и отгадки</w:t>
            </w:r>
          </w:p>
        </w:tc>
        <w:tc>
          <w:tcPr>
            <w:tcW w:w="731" w:type="dxa"/>
          </w:tcPr>
          <w:p w14:paraId="075C6FC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037D02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838180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AFE3AB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61FE1B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8568A6F" w14:textId="77777777" w:rsidTr="00665075">
        <w:trPr>
          <w:trHeight w:val="477"/>
        </w:trPr>
        <w:tc>
          <w:tcPr>
            <w:tcW w:w="454" w:type="dxa"/>
          </w:tcPr>
          <w:p w14:paraId="6C460AB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16.</w:t>
            </w:r>
          </w:p>
        </w:tc>
        <w:tc>
          <w:tcPr>
            <w:tcW w:w="3230" w:type="dxa"/>
          </w:tcPr>
          <w:p w14:paraId="5616991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Ф.  Тютчев.  «</w:t>
            </w:r>
            <w:proofErr w:type="gramStart"/>
            <w:r w:rsidRPr="00665075">
              <w:rPr>
                <w:sz w:val="20"/>
                <w:szCs w:val="20"/>
              </w:rPr>
              <w:t>Есть  в</w:t>
            </w:r>
            <w:proofErr w:type="gramEnd"/>
            <w:r w:rsidRPr="00665075">
              <w:rPr>
                <w:sz w:val="20"/>
                <w:szCs w:val="20"/>
              </w:rPr>
              <w:t xml:space="preserve">  осени  первоначальной...»</w:t>
            </w:r>
          </w:p>
        </w:tc>
        <w:tc>
          <w:tcPr>
            <w:tcW w:w="731" w:type="dxa"/>
          </w:tcPr>
          <w:p w14:paraId="3BFB5288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39A031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674B74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6A92F8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39077F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9EB91D6" w14:textId="77777777" w:rsidTr="00665075">
        <w:trPr>
          <w:trHeight w:val="477"/>
        </w:trPr>
        <w:tc>
          <w:tcPr>
            <w:tcW w:w="454" w:type="dxa"/>
          </w:tcPr>
          <w:p w14:paraId="1B09800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lastRenderedPageBreak/>
              <w:t>17.</w:t>
            </w:r>
          </w:p>
        </w:tc>
        <w:tc>
          <w:tcPr>
            <w:tcW w:w="3230" w:type="dxa"/>
          </w:tcPr>
          <w:p w14:paraId="5681F6EB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К. Бальмонт. «Поспевает брусника...»</w:t>
            </w:r>
          </w:p>
        </w:tc>
        <w:tc>
          <w:tcPr>
            <w:tcW w:w="731" w:type="dxa"/>
          </w:tcPr>
          <w:p w14:paraId="52EA75C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7B630E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37F22A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F61297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D81DC4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A78C561" w14:textId="77777777" w:rsidTr="00665075">
        <w:trPr>
          <w:trHeight w:val="477"/>
        </w:trPr>
        <w:tc>
          <w:tcPr>
            <w:tcW w:w="454" w:type="dxa"/>
          </w:tcPr>
          <w:p w14:paraId="5D46B20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18.</w:t>
            </w:r>
          </w:p>
        </w:tc>
        <w:tc>
          <w:tcPr>
            <w:tcW w:w="3230" w:type="dxa"/>
          </w:tcPr>
          <w:p w14:paraId="7C29B1E7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Плещеев.     «Осень     наступила...»</w:t>
            </w:r>
          </w:p>
        </w:tc>
        <w:tc>
          <w:tcPr>
            <w:tcW w:w="731" w:type="dxa"/>
          </w:tcPr>
          <w:p w14:paraId="669ADD8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E328D7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46AECB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5092A4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BA8169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4272EED" w14:textId="77777777" w:rsidTr="00665075">
        <w:trPr>
          <w:trHeight w:val="477"/>
        </w:trPr>
        <w:tc>
          <w:tcPr>
            <w:tcW w:w="454" w:type="dxa"/>
          </w:tcPr>
          <w:p w14:paraId="7638D83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19.</w:t>
            </w:r>
          </w:p>
        </w:tc>
        <w:tc>
          <w:tcPr>
            <w:tcW w:w="3230" w:type="dxa"/>
          </w:tcPr>
          <w:p w14:paraId="7DCB250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Фет. «Ласточки пропали...»</w:t>
            </w:r>
          </w:p>
        </w:tc>
        <w:tc>
          <w:tcPr>
            <w:tcW w:w="731" w:type="dxa"/>
          </w:tcPr>
          <w:p w14:paraId="7559156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596D46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65E5D7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D354C9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0C72D7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1AEBFEA" w14:textId="77777777" w:rsidTr="00665075">
        <w:trPr>
          <w:trHeight w:val="477"/>
        </w:trPr>
        <w:tc>
          <w:tcPr>
            <w:tcW w:w="454" w:type="dxa"/>
          </w:tcPr>
          <w:p w14:paraId="7E4022F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20.</w:t>
            </w:r>
          </w:p>
        </w:tc>
        <w:tc>
          <w:tcPr>
            <w:tcW w:w="3230" w:type="dxa"/>
          </w:tcPr>
          <w:p w14:paraId="7D8B75DD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А.   Толстой.   «Осень.   </w:t>
            </w:r>
            <w:proofErr w:type="gramStart"/>
            <w:r w:rsidRPr="00665075">
              <w:rPr>
                <w:sz w:val="20"/>
                <w:szCs w:val="20"/>
              </w:rPr>
              <w:t>Обсыпается  весь</w:t>
            </w:r>
            <w:proofErr w:type="gramEnd"/>
            <w:r w:rsidRPr="00665075">
              <w:rPr>
                <w:sz w:val="20"/>
                <w:szCs w:val="20"/>
              </w:rPr>
              <w:t xml:space="preserve">  наш  бедный  сад...».  С. Есенин.   «Закружилась   листва   золотая...».   М.   Пришвин.   «Осеннее утро»</w:t>
            </w:r>
          </w:p>
        </w:tc>
        <w:tc>
          <w:tcPr>
            <w:tcW w:w="731" w:type="dxa"/>
          </w:tcPr>
          <w:p w14:paraId="6A358868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2BEF7F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33C889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44FEC7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930014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2396C1AA" w14:textId="77777777" w:rsidTr="00665075">
        <w:trPr>
          <w:trHeight w:val="477"/>
        </w:trPr>
        <w:tc>
          <w:tcPr>
            <w:tcW w:w="454" w:type="dxa"/>
          </w:tcPr>
          <w:p w14:paraId="48053EC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21.</w:t>
            </w:r>
          </w:p>
        </w:tc>
        <w:tc>
          <w:tcPr>
            <w:tcW w:w="3230" w:type="dxa"/>
          </w:tcPr>
          <w:p w14:paraId="0C468980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Брюсов.   «Сухие   листья...». И.  Токмакова.  «</w:t>
            </w:r>
            <w:proofErr w:type="gramStart"/>
            <w:r w:rsidRPr="00665075">
              <w:rPr>
                <w:sz w:val="20"/>
                <w:szCs w:val="20"/>
              </w:rPr>
              <w:t>Опустел  скворечник</w:t>
            </w:r>
            <w:proofErr w:type="gramEnd"/>
            <w:r w:rsidRPr="00665075">
              <w:rPr>
                <w:sz w:val="20"/>
                <w:szCs w:val="20"/>
              </w:rPr>
              <w:t>...». М.  Пришвин. «Осеннее утро»</w:t>
            </w:r>
          </w:p>
        </w:tc>
        <w:tc>
          <w:tcPr>
            <w:tcW w:w="731" w:type="dxa"/>
          </w:tcPr>
          <w:p w14:paraId="0915BD3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209501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A5212B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9A3DAB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E0A136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2FF2B37" w14:textId="77777777" w:rsidTr="00665075">
        <w:trPr>
          <w:trHeight w:val="477"/>
        </w:trPr>
        <w:tc>
          <w:tcPr>
            <w:tcW w:w="454" w:type="dxa"/>
          </w:tcPr>
          <w:p w14:paraId="69906488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22.</w:t>
            </w:r>
          </w:p>
        </w:tc>
        <w:tc>
          <w:tcPr>
            <w:tcW w:w="3230" w:type="dxa"/>
          </w:tcPr>
          <w:p w14:paraId="636DA41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 Берестов.  «</w:t>
            </w:r>
            <w:proofErr w:type="gramStart"/>
            <w:r w:rsidRPr="00665075">
              <w:rPr>
                <w:sz w:val="20"/>
                <w:szCs w:val="20"/>
              </w:rPr>
              <w:t>Хитрые  грибы</w:t>
            </w:r>
            <w:proofErr w:type="gramEnd"/>
            <w:r w:rsidRPr="00665075">
              <w:rPr>
                <w:sz w:val="20"/>
                <w:szCs w:val="20"/>
              </w:rPr>
              <w:t>».  Научно-</w:t>
            </w:r>
            <w:proofErr w:type="gramStart"/>
            <w:r w:rsidRPr="00665075">
              <w:rPr>
                <w:sz w:val="20"/>
                <w:szCs w:val="20"/>
              </w:rPr>
              <w:t>познавательный  текст</w:t>
            </w:r>
            <w:proofErr w:type="gramEnd"/>
            <w:r w:rsidRPr="00665075">
              <w:rPr>
                <w:sz w:val="20"/>
                <w:szCs w:val="20"/>
              </w:rPr>
              <w:t xml:space="preserve">  «Грибы». </w:t>
            </w: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 по  разделу  «Люблю  природу русскую. Осень»</w:t>
            </w:r>
          </w:p>
        </w:tc>
        <w:tc>
          <w:tcPr>
            <w:tcW w:w="731" w:type="dxa"/>
          </w:tcPr>
          <w:p w14:paraId="003C519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51385F2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7906583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372891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C02659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638E4F37" w14:textId="77777777" w:rsidTr="00665075">
        <w:trPr>
          <w:trHeight w:val="477"/>
        </w:trPr>
        <w:tc>
          <w:tcPr>
            <w:tcW w:w="454" w:type="dxa"/>
          </w:tcPr>
          <w:p w14:paraId="7229B80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23.</w:t>
            </w:r>
          </w:p>
        </w:tc>
        <w:tc>
          <w:tcPr>
            <w:tcW w:w="3230" w:type="dxa"/>
          </w:tcPr>
          <w:p w14:paraId="458565E4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   Прогнозирование    содержания раздела. А. С. </w:t>
            </w:r>
            <w:proofErr w:type="gramStart"/>
            <w:r w:rsidRPr="00665075">
              <w:rPr>
                <w:sz w:val="20"/>
                <w:szCs w:val="20"/>
              </w:rPr>
              <w:t>Пушкин  —</w:t>
            </w:r>
            <w:proofErr w:type="gramEnd"/>
            <w:r w:rsidRPr="00665075">
              <w:rPr>
                <w:sz w:val="20"/>
                <w:szCs w:val="20"/>
              </w:rPr>
              <w:t xml:space="preserve">  великий  русский     писатель.     Вступление     к поэме «Руслан и Людмила»</w:t>
            </w:r>
          </w:p>
        </w:tc>
        <w:tc>
          <w:tcPr>
            <w:tcW w:w="731" w:type="dxa"/>
          </w:tcPr>
          <w:p w14:paraId="29A2C02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3B2A0A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6CB57D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1F53C5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81833F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4C95FDD" w14:textId="77777777" w:rsidTr="00665075">
        <w:trPr>
          <w:trHeight w:val="477"/>
        </w:trPr>
        <w:tc>
          <w:tcPr>
            <w:tcW w:w="454" w:type="dxa"/>
          </w:tcPr>
          <w:p w14:paraId="6581CB91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24.</w:t>
            </w:r>
          </w:p>
        </w:tc>
        <w:tc>
          <w:tcPr>
            <w:tcW w:w="3230" w:type="dxa"/>
          </w:tcPr>
          <w:p w14:paraId="3F6B6AAB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А. С. Пушкин. Отрывки из </w:t>
            </w:r>
            <w:proofErr w:type="gramStart"/>
            <w:r w:rsidRPr="00665075">
              <w:rPr>
                <w:sz w:val="20"/>
                <w:szCs w:val="20"/>
              </w:rPr>
              <w:t>романа  «</w:t>
            </w:r>
            <w:proofErr w:type="gramEnd"/>
            <w:r w:rsidRPr="00665075">
              <w:rPr>
                <w:sz w:val="20"/>
                <w:szCs w:val="20"/>
              </w:rPr>
              <w:t>Евгений  Онегин»:  «Вот  север,  тучи  нагоняя...»,  «Зима!  Крестьянин, торжествуя...»</w:t>
            </w:r>
          </w:p>
        </w:tc>
        <w:tc>
          <w:tcPr>
            <w:tcW w:w="731" w:type="dxa"/>
          </w:tcPr>
          <w:p w14:paraId="16E7F8A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C3B63B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D6DCBD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8318E7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033F84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0A0C7F1" w14:textId="77777777" w:rsidTr="00665075">
        <w:trPr>
          <w:trHeight w:val="477"/>
        </w:trPr>
        <w:tc>
          <w:tcPr>
            <w:tcW w:w="454" w:type="dxa"/>
          </w:tcPr>
          <w:p w14:paraId="2C6F7C7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25.</w:t>
            </w:r>
          </w:p>
        </w:tc>
        <w:tc>
          <w:tcPr>
            <w:tcW w:w="3230" w:type="dxa"/>
          </w:tcPr>
          <w:p w14:paraId="4C0709F8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А. С. Пушкин. «Сказка о </w:t>
            </w:r>
            <w:proofErr w:type="gramStart"/>
            <w:r w:rsidRPr="00665075">
              <w:rPr>
                <w:sz w:val="20"/>
                <w:szCs w:val="20"/>
              </w:rPr>
              <w:t>рыбаке  и</w:t>
            </w:r>
            <w:proofErr w:type="gramEnd"/>
            <w:r w:rsidRPr="00665075">
              <w:rPr>
                <w:sz w:val="20"/>
                <w:szCs w:val="20"/>
              </w:rPr>
              <w:t xml:space="preserve">  рыбке».  </w:t>
            </w:r>
            <w:proofErr w:type="gramStart"/>
            <w:r w:rsidRPr="00665075">
              <w:rPr>
                <w:sz w:val="20"/>
                <w:szCs w:val="20"/>
              </w:rPr>
              <w:t>Сравнение  литературной</w:t>
            </w:r>
            <w:proofErr w:type="gramEnd"/>
            <w:r w:rsidRPr="00665075">
              <w:rPr>
                <w:sz w:val="20"/>
                <w:szCs w:val="20"/>
              </w:rPr>
              <w:t xml:space="preserve">  и  народной  сказок.  Картины моря в сказке. Характеристика   героев   произведения</w:t>
            </w:r>
          </w:p>
        </w:tc>
        <w:tc>
          <w:tcPr>
            <w:tcW w:w="731" w:type="dxa"/>
          </w:tcPr>
          <w:p w14:paraId="45164B08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34946E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D30D87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5ED25F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5D5A82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6C426613" w14:textId="77777777" w:rsidTr="00665075">
        <w:trPr>
          <w:trHeight w:val="477"/>
        </w:trPr>
        <w:tc>
          <w:tcPr>
            <w:tcW w:w="454" w:type="dxa"/>
          </w:tcPr>
          <w:p w14:paraId="1323585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26.</w:t>
            </w:r>
          </w:p>
        </w:tc>
        <w:tc>
          <w:tcPr>
            <w:tcW w:w="3230" w:type="dxa"/>
          </w:tcPr>
          <w:p w14:paraId="4E01021B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А. С. Пушкин. «Сказка о </w:t>
            </w:r>
            <w:proofErr w:type="gramStart"/>
            <w:r w:rsidRPr="00665075">
              <w:rPr>
                <w:sz w:val="20"/>
                <w:szCs w:val="20"/>
              </w:rPr>
              <w:t>рыбаке  и</w:t>
            </w:r>
            <w:proofErr w:type="gramEnd"/>
            <w:r w:rsidRPr="00665075">
              <w:rPr>
                <w:sz w:val="20"/>
                <w:szCs w:val="20"/>
              </w:rPr>
              <w:t xml:space="preserve">  рыбке».  </w:t>
            </w:r>
            <w:proofErr w:type="gramStart"/>
            <w:r w:rsidRPr="00665075">
              <w:rPr>
                <w:sz w:val="20"/>
                <w:szCs w:val="20"/>
              </w:rPr>
              <w:t>Сравнение  литературной</w:t>
            </w:r>
            <w:proofErr w:type="gramEnd"/>
            <w:r w:rsidRPr="00665075">
              <w:rPr>
                <w:sz w:val="20"/>
                <w:szCs w:val="20"/>
              </w:rPr>
              <w:t xml:space="preserve">  и  народной  сказок.  Картины моря в сказке. Характеристика   героев   произведения</w:t>
            </w:r>
          </w:p>
        </w:tc>
        <w:tc>
          <w:tcPr>
            <w:tcW w:w="731" w:type="dxa"/>
          </w:tcPr>
          <w:p w14:paraId="17BAB35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07F72F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46A3D7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AC46F2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CE9B14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9EFD996" w14:textId="77777777" w:rsidTr="00665075">
        <w:trPr>
          <w:trHeight w:val="477"/>
        </w:trPr>
        <w:tc>
          <w:tcPr>
            <w:tcW w:w="454" w:type="dxa"/>
          </w:tcPr>
          <w:p w14:paraId="4A52E81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27.</w:t>
            </w:r>
          </w:p>
        </w:tc>
        <w:tc>
          <w:tcPr>
            <w:tcW w:w="3230" w:type="dxa"/>
          </w:tcPr>
          <w:p w14:paraId="699E26CC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А. С. Пушкин. «Сказка о </w:t>
            </w:r>
            <w:proofErr w:type="gramStart"/>
            <w:r w:rsidRPr="00665075">
              <w:rPr>
                <w:sz w:val="20"/>
                <w:szCs w:val="20"/>
              </w:rPr>
              <w:t>рыбаке  и</w:t>
            </w:r>
            <w:proofErr w:type="gramEnd"/>
            <w:r w:rsidRPr="00665075">
              <w:rPr>
                <w:sz w:val="20"/>
                <w:szCs w:val="20"/>
              </w:rPr>
              <w:t xml:space="preserve">  рыбке».  </w:t>
            </w:r>
            <w:proofErr w:type="gramStart"/>
            <w:r w:rsidRPr="00665075">
              <w:rPr>
                <w:sz w:val="20"/>
                <w:szCs w:val="20"/>
              </w:rPr>
              <w:t>Сравнение  литературной</w:t>
            </w:r>
            <w:proofErr w:type="gramEnd"/>
            <w:r w:rsidRPr="00665075">
              <w:rPr>
                <w:sz w:val="20"/>
                <w:szCs w:val="20"/>
              </w:rPr>
              <w:t xml:space="preserve">  и  народной  сказок.  Картины моря в сказке. Характеристика   героев   произведения</w:t>
            </w:r>
          </w:p>
        </w:tc>
        <w:tc>
          <w:tcPr>
            <w:tcW w:w="731" w:type="dxa"/>
          </w:tcPr>
          <w:p w14:paraId="734350A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879E9C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809C89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A6202B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D0F95B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6C1C863" w14:textId="77777777" w:rsidTr="00665075">
        <w:trPr>
          <w:trHeight w:val="477"/>
        </w:trPr>
        <w:tc>
          <w:tcPr>
            <w:tcW w:w="454" w:type="dxa"/>
          </w:tcPr>
          <w:p w14:paraId="717B213C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28.</w:t>
            </w:r>
          </w:p>
        </w:tc>
        <w:tc>
          <w:tcPr>
            <w:tcW w:w="3230" w:type="dxa"/>
          </w:tcPr>
          <w:p w14:paraId="1BB70185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И. А. Крылов.  </w:t>
            </w:r>
            <w:proofErr w:type="gramStart"/>
            <w:r w:rsidRPr="00665075">
              <w:rPr>
                <w:sz w:val="20"/>
                <w:szCs w:val="20"/>
              </w:rPr>
              <w:t>Басня  «</w:t>
            </w:r>
            <w:proofErr w:type="gramEnd"/>
            <w:r w:rsidRPr="00665075">
              <w:rPr>
                <w:sz w:val="20"/>
                <w:szCs w:val="20"/>
              </w:rPr>
              <w:t>Лебедь, Щука и Рак»</w:t>
            </w:r>
          </w:p>
        </w:tc>
        <w:tc>
          <w:tcPr>
            <w:tcW w:w="731" w:type="dxa"/>
          </w:tcPr>
          <w:p w14:paraId="56C2159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EC25C1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154380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6F60B4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81B9F7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E3EC8D8" w14:textId="77777777" w:rsidTr="00665075">
        <w:trPr>
          <w:trHeight w:val="477"/>
        </w:trPr>
        <w:tc>
          <w:tcPr>
            <w:tcW w:w="454" w:type="dxa"/>
          </w:tcPr>
          <w:p w14:paraId="1331593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29.</w:t>
            </w:r>
          </w:p>
        </w:tc>
        <w:tc>
          <w:tcPr>
            <w:tcW w:w="3230" w:type="dxa"/>
          </w:tcPr>
          <w:p w14:paraId="6738E90C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И. А. Крылов. Басня «Стрекоза и Муравей»</w:t>
            </w:r>
          </w:p>
        </w:tc>
        <w:tc>
          <w:tcPr>
            <w:tcW w:w="731" w:type="dxa"/>
          </w:tcPr>
          <w:p w14:paraId="0D516F8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830D67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4A0DBE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A207DF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B8C3E4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B24484B" w14:textId="77777777" w:rsidTr="00665075">
        <w:trPr>
          <w:trHeight w:val="477"/>
        </w:trPr>
        <w:tc>
          <w:tcPr>
            <w:tcW w:w="454" w:type="dxa"/>
          </w:tcPr>
          <w:p w14:paraId="69ABDB2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30.</w:t>
            </w:r>
          </w:p>
        </w:tc>
        <w:tc>
          <w:tcPr>
            <w:tcW w:w="3230" w:type="dxa"/>
          </w:tcPr>
          <w:p w14:paraId="0102B14C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Л. Н. Толстой.    «Старый    дед и внучек»</w:t>
            </w:r>
          </w:p>
        </w:tc>
        <w:tc>
          <w:tcPr>
            <w:tcW w:w="731" w:type="dxa"/>
          </w:tcPr>
          <w:p w14:paraId="5F58737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F51B72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CEC373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D0E65C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C649E9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Тестирование</w:t>
            </w:r>
          </w:p>
        </w:tc>
      </w:tr>
      <w:tr w:rsidR="0077385B" w:rsidRPr="00665075" w14:paraId="379A73BD" w14:textId="77777777" w:rsidTr="00665075">
        <w:trPr>
          <w:trHeight w:val="477"/>
        </w:trPr>
        <w:tc>
          <w:tcPr>
            <w:tcW w:w="454" w:type="dxa"/>
          </w:tcPr>
          <w:p w14:paraId="59F6256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31.</w:t>
            </w:r>
          </w:p>
        </w:tc>
        <w:tc>
          <w:tcPr>
            <w:tcW w:w="3230" w:type="dxa"/>
          </w:tcPr>
          <w:p w14:paraId="53050D06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Л. Н. Толстой. «</w:t>
            </w:r>
            <w:proofErr w:type="spellStart"/>
            <w:r w:rsidRPr="00665075">
              <w:rPr>
                <w:sz w:val="20"/>
                <w:szCs w:val="20"/>
              </w:rPr>
              <w:t>Филипок</w:t>
            </w:r>
            <w:proofErr w:type="spellEnd"/>
            <w:r w:rsidRPr="00665075">
              <w:rPr>
                <w:sz w:val="20"/>
                <w:szCs w:val="20"/>
              </w:rPr>
              <w:t>»</w:t>
            </w:r>
          </w:p>
        </w:tc>
        <w:tc>
          <w:tcPr>
            <w:tcW w:w="731" w:type="dxa"/>
          </w:tcPr>
          <w:p w14:paraId="03D172A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528317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1FF1A1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298DF7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DC19C6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E5A9A96" w14:textId="77777777" w:rsidTr="00665075">
        <w:trPr>
          <w:trHeight w:val="477"/>
        </w:trPr>
        <w:tc>
          <w:tcPr>
            <w:tcW w:w="454" w:type="dxa"/>
          </w:tcPr>
          <w:p w14:paraId="3B56DC6C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32.</w:t>
            </w:r>
          </w:p>
        </w:tc>
        <w:tc>
          <w:tcPr>
            <w:tcW w:w="3230" w:type="dxa"/>
          </w:tcPr>
          <w:p w14:paraId="0E52EF0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Л. Н. Толстой.   «Правда   всего дороже»</w:t>
            </w:r>
          </w:p>
        </w:tc>
        <w:tc>
          <w:tcPr>
            <w:tcW w:w="731" w:type="dxa"/>
          </w:tcPr>
          <w:p w14:paraId="1EA7D60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7CB7EA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4C67C8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DA4E35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9B1A02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5558B87" w14:textId="77777777" w:rsidTr="00665075">
        <w:trPr>
          <w:trHeight w:val="477"/>
        </w:trPr>
        <w:tc>
          <w:tcPr>
            <w:tcW w:w="454" w:type="dxa"/>
          </w:tcPr>
          <w:p w14:paraId="74E96E31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33.</w:t>
            </w:r>
          </w:p>
        </w:tc>
        <w:tc>
          <w:tcPr>
            <w:tcW w:w="3230" w:type="dxa"/>
          </w:tcPr>
          <w:p w14:paraId="3A3537D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Л. Н. Толстой. «Котёнок».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подробному пересказу</w:t>
            </w:r>
          </w:p>
        </w:tc>
        <w:tc>
          <w:tcPr>
            <w:tcW w:w="731" w:type="dxa"/>
          </w:tcPr>
          <w:p w14:paraId="26AB746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A9CF8E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305377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A2EAF7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C0F62F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6E78D8F" w14:textId="77777777" w:rsidTr="00665075">
        <w:trPr>
          <w:trHeight w:val="477"/>
        </w:trPr>
        <w:tc>
          <w:tcPr>
            <w:tcW w:w="454" w:type="dxa"/>
          </w:tcPr>
          <w:p w14:paraId="6DD6B18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34.</w:t>
            </w:r>
          </w:p>
        </w:tc>
        <w:tc>
          <w:tcPr>
            <w:tcW w:w="3230" w:type="dxa"/>
          </w:tcPr>
          <w:p w14:paraId="606663A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Внеклассное чтение</w:t>
            </w:r>
          </w:p>
        </w:tc>
        <w:tc>
          <w:tcPr>
            <w:tcW w:w="731" w:type="dxa"/>
          </w:tcPr>
          <w:p w14:paraId="53092FF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282091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1A2D86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F557BC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D7970C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9449532" w14:textId="77777777" w:rsidTr="00665075">
        <w:trPr>
          <w:trHeight w:val="477"/>
        </w:trPr>
        <w:tc>
          <w:tcPr>
            <w:tcW w:w="454" w:type="dxa"/>
          </w:tcPr>
          <w:p w14:paraId="4C2E5A9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35.</w:t>
            </w:r>
          </w:p>
        </w:tc>
        <w:tc>
          <w:tcPr>
            <w:tcW w:w="3230" w:type="dxa"/>
          </w:tcPr>
          <w:p w14:paraId="2955990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по разделу «Русские писатели»</w:t>
            </w:r>
          </w:p>
        </w:tc>
        <w:tc>
          <w:tcPr>
            <w:tcW w:w="731" w:type="dxa"/>
          </w:tcPr>
          <w:p w14:paraId="53DBD93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429C823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41EFAB6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2903DB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29CED3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010D3E69" w14:textId="77777777" w:rsidTr="00665075">
        <w:trPr>
          <w:trHeight w:val="477"/>
        </w:trPr>
        <w:tc>
          <w:tcPr>
            <w:tcW w:w="454" w:type="dxa"/>
          </w:tcPr>
          <w:p w14:paraId="471C669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36.</w:t>
            </w:r>
          </w:p>
        </w:tc>
        <w:tc>
          <w:tcPr>
            <w:tcW w:w="3230" w:type="dxa"/>
          </w:tcPr>
          <w:p w14:paraId="2797CCD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Резервный урок</w:t>
            </w:r>
          </w:p>
        </w:tc>
        <w:tc>
          <w:tcPr>
            <w:tcW w:w="731" w:type="dxa"/>
          </w:tcPr>
          <w:p w14:paraId="059A8A8F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4C24EB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D538AB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8FE6BF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380035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48CCE058" w14:textId="77777777" w:rsidTr="00665075">
        <w:trPr>
          <w:trHeight w:val="477"/>
        </w:trPr>
        <w:tc>
          <w:tcPr>
            <w:tcW w:w="454" w:type="dxa"/>
          </w:tcPr>
          <w:p w14:paraId="741FE3C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37.</w:t>
            </w:r>
          </w:p>
        </w:tc>
        <w:tc>
          <w:tcPr>
            <w:tcW w:w="3230" w:type="dxa"/>
          </w:tcPr>
          <w:p w14:paraId="06728538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   Прогнозирование    содержания раздела. Весёлые   стихи   о   животных.   Н.     Сладков.     «Они     </w:t>
            </w:r>
            <w:r w:rsidRPr="00665075">
              <w:rPr>
                <w:sz w:val="20"/>
                <w:szCs w:val="20"/>
              </w:rPr>
              <w:lastRenderedPageBreak/>
              <w:t>и     мы».     А.   Шибаев.   «Кто   кем   становится»</w:t>
            </w:r>
          </w:p>
        </w:tc>
        <w:tc>
          <w:tcPr>
            <w:tcW w:w="731" w:type="dxa"/>
          </w:tcPr>
          <w:p w14:paraId="726D634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19" w:type="dxa"/>
          </w:tcPr>
          <w:p w14:paraId="69865B8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27247D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53B28B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9951ED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FC6A71E" w14:textId="77777777" w:rsidTr="00665075">
        <w:trPr>
          <w:trHeight w:val="477"/>
        </w:trPr>
        <w:tc>
          <w:tcPr>
            <w:tcW w:w="454" w:type="dxa"/>
          </w:tcPr>
          <w:p w14:paraId="76C7595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38.</w:t>
            </w:r>
          </w:p>
        </w:tc>
        <w:tc>
          <w:tcPr>
            <w:tcW w:w="3230" w:type="dxa"/>
          </w:tcPr>
          <w:p w14:paraId="58BA985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Б.      </w:t>
            </w:r>
            <w:proofErr w:type="spellStart"/>
            <w:r w:rsidRPr="00665075">
              <w:rPr>
                <w:sz w:val="20"/>
                <w:szCs w:val="20"/>
              </w:rPr>
              <w:t>Заходер</w:t>
            </w:r>
            <w:proofErr w:type="spellEnd"/>
            <w:r w:rsidRPr="00665075">
              <w:rPr>
                <w:sz w:val="20"/>
                <w:szCs w:val="20"/>
              </w:rPr>
              <w:t>.      «Плачет      киска      в коридоре...». И. Пивоварова. «Жила-была собака...»</w:t>
            </w:r>
          </w:p>
        </w:tc>
        <w:tc>
          <w:tcPr>
            <w:tcW w:w="731" w:type="dxa"/>
          </w:tcPr>
          <w:p w14:paraId="0972739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6C9D7C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867B84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E160EA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F3C1A3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234F64B" w14:textId="77777777" w:rsidTr="00665075">
        <w:trPr>
          <w:trHeight w:val="477"/>
        </w:trPr>
        <w:tc>
          <w:tcPr>
            <w:tcW w:w="454" w:type="dxa"/>
          </w:tcPr>
          <w:p w14:paraId="4305FC8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39.</w:t>
            </w:r>
          </w:p>
        </w:tc>
        <w:tc>
          <w:tcPr>
            <w:tcW w:w="3230" w:type="dxa"/>
          </w:tcPr>
          <w:p w14:paraId="57B647B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Берестов. «Кошкин щенок»</w:t>
            </w:r>
          </w:p>
        </w:tc>
        <w:tc>
          <w:tcPr>
            <w:tcW w:w="731" w:type="dxa"/>
          </w:tcPr>
          <w:p w14:paraId="06EB4FC5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C5FE2D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58DA39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5C91FF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FDBE6D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A99E5E6" w14:textId="77777777" w:rsidTr="00665075">
        <w:trPr>
          <w:trHeight w:val="477"/>
        </w:trPr>
        <w:tc>
          <w:tcPr>
            <w:tcW w:w="454" w:type="dxa"/>
          </w:tcPr>
          <w:p w14:paraId="34D969B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40.</w:t>
            </w:r>
          </w:p>
        </w:tc>
        <w:tc>
          <w:tcPr>
            <w:tcW w:w="3230" w:type="dxa"/>
          </w:tcPr>
          <w:p w14:paraId="13B8B25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М. Пришвин. «Ребята и утята».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2F9DD9C5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5B8163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238DF9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AE5C89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C4D3FE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2617701" w14:textId="77777777" w:rsidTr="00665075">
        <w:trPr>
          <w:trHeight w:val="477"/>
        </w:trPr>
        <w:tc>
          <w:tcPr>
            <w:tcW w:w="454" w:type="dxa"/>
          </w:tcPr>
          <w:p w14:paraId="0D1585F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41.</w:t>
            </w:r>
          </w:p>
        </w:tc>
        <w:tc>
          <w:tcPr>
            <w:tcW w:w="3230" w:type="dxa"/>
          </w:tcPr>
          <w:p w14:paraId="0DC22829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М. Пришвин. «Ребята и утята».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6C8B59E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905B94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BA2C7D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EDA640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B3BDB8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7972B36" w14:textId="77777777" w:rsidTr="00665075">
        <w:trPr>
          <w:trHeight w:val="477"/>
        </w:trPr>
        <w:tc>
          <w:tcPr>
            <w:tcW w:w="454" w:type="dxa"/>
          </w:tcPr>
          <w:p w14:paraId="701F143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42.</w:t>
            </w:r>
          </w:p>
        </w:tc>
        <w:tc>
          <w:tcPr>
            <w:tcW w:w="3230" w:type="dxa"/>
          </w:tcPr>
          <w:p w14:paraId="73584ED0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Е.   Чарушин.   «Страшный   рассказ»</w:t>
            </w:r>
          </w:p>
        </w:tc>
        <w:tc>
          <w:tcPr>
            <w:tcW w:w="731" w:type="dxa"/>
          </w:tcPr>
          <w:p w14:paraId="1DD46CA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958726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12A5E7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176F52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BA72DD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Тестирование;</w:t>
            </w:r>
          </w:p>
        </w:tc>
      </w:tr>
      <w:tr w:rsidR="0077385B" w:rsidRPr="00665075" w14:paraId="1A6E2276" w14:textId="77777777" w:rsidTr="00665075">
        <w:trPr>
          <w:trHeight w:val="477"/>
        </w:trPr>
        <w:tc>
          <w:tcPr>
            <w:tcW w:w="454" w:type="dxa"/>
          </w:tcPr>
          <w:p w14:paraId="0D618BB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43.</w:t>
            </w:r>
          </w:p>
        </w:tc>
        <w:tc>
          <w:tcPr>
            <w:tcW w:w="3230" w:type="dxa"/>
          </w:tcPr>
          <w:p w14:paraId="723A925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Б. Житков. «Храбрый утёнок»</w:t>
            </w:r>
          </w:p>
        </w:tc>
        <w:tc>
          <w:tcPr>
            <w:tcW w:w="731" w:type="dxa"/>
          </w:tcPr>
          <w:p w14:paraId="4C0C4AA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E97B94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DAB10B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6ACF9F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4FF8A6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68BA8B2" w14:textId="77777777" w:rsidTr="00665075">
        <w:trPr>
          <w:trHeight w:val="477"/>
        </w:trPr>
        <w:tc>
          <w:tcPr>
            <w:tcW w:w="454" w:type="dxa"/>
          </w:tcPr>
          <w:p w14:paraId="0E2CB87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44.</w:t>
            </w:r>
          </w:p>
        </w:tc>
        <w:tc>
          <w:tcPr>
            <w:tcW w:w="3230" w:type="dxa"/>
          </w:tcPr>
          <w:p w14:paraId="64ACD45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Бианки. «Музыкант»</w:t>
            </w:r>
          </w:p>
        </w:tc>
        <w:tc>
          <w:tcPr>
            <w:tcW w:w="731" w:type="dxa"/>
          </w:tcPr>
          <w:p w14:paraId="555BE3A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1395EC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0F5BB5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E215B5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0B9E4C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0A93DD2" w14:textId="77777777" w:rsidTr="00665075">
        <w:trPr>
          <w:trHeight w:val="477"/>
        </w:trPr>
        <w:tc>
          <w:tcPr>
            <w:tcW w:w="454" w:type="dxa"/>
          </w:tcPr>
          <w:p w14:paraId="46D3AA27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45</w:t>
            </w:r>
          </w:p>
        </w:tc>
        <w:tc>
          <w:tcPr>
            <w:tcW w:w="3230" w:type="dxa"/>
          </w:tcPr>
          <w:p w14:paraId="41336CD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Бианки. «Сова»</w:t>
            </w:r>
          </w:p>
        </w:tc>
        <w:tc>
          <w:tcPr>
            <w:tcW w:w="731" w:type="dxa"/>
          </w:tcPr>
          <w:p w14:paraId="6CE24ED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0F666F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7D7FC4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3F4EEC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67925B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FB4862C" w14:textId="77777777" w:rsidTr="00665075">
        <w:trPr>
          <w:trHeight w:val="477"/>
        </w:trPr>
        <w:tc>
          <w:tcPr>
            <w:tcW w:w="454" w:type="dxa"/>
          </w:tcPr>
          <w:p w14:paraId="47B54E5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46.</w:t>
            </w:r>
          </w:p>
        </w:tc>
        <w:tc>
          <w:tcPr>
            <w:tcW w:w="3230" w:type="dxa"/>
          </w:tcPr>
          <w:p w14:paraId="118A8000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Развитие    </w:t>
            </w:r>
            <w:proofErr w:type="gramStart"/>
            <w:r w:rsidRPr="00665075">
              <w:rPr>
                <w:sz w:val="20"/>
                <w:szCs w:val="20"/>
              </w:rPr>
              <w:t xml:space="preserve">речи:   </w:t>
            </w:r>
            <w:proofErr w:type="gramEnd"/>
            <w:r w:rsidRPr="00665075">
              <w:rPr>
                <w:sz w:val="20"/>
                <w:szCs w:val="20"/>
              </w:rPr>
              <w:t xml:space="preserve"> составление    рассказа  по  серии  сюжетных  картинок</w:t>
            </w:r>
          </w:p>
        </w:tc>
        <w:tc>
          <w:tcPr>
            <w:tcW w:w="731" w:type="dxa"/>
          </w:tcPr>
          <w:p w14:paraId="095D3C2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8DA11F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0F104F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958E48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243021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4AEE86F" w14:textId="77777777" w:rsidTr="00665075">
        <w:trPr>
          <w:trHeight w:val="477"/>
        </w:trPr>
        <w:tc>
          <w:tcPr>
            <w:tcW w:w="454" w:type="dxa"/>
          </w:tcPr>
          <w:p w14:paraId="0B8C20F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47.</w:t>
            </w:r>
          </w:p>
        </w:tc>
        <w:tc>
          <w:tcPr>
            <w:tcW w:w="3230" w:type="dxa"/>
          </w:tcPr>
          <w:p w14:paraId="19D8D16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Внеклассное чтение</w:t>
            </w:r>
          </w:p>
        </w:tc>
        <w:tc>
          <w:tcPr>
            <w:tcW w:w="731" w:type="dxa"/>
          </w:tcPr>
          <w:p w14:paraId="2DE584E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92865C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DD4CD7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7DC4AF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933D63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39BF4E8A" w14:textId="77777777" w:rsidTr="00665075">
        <w:trPr>
          <w:trHeight w:val="477"/>
        </w:trPr>
        <w:tc>
          <w:tcPr>
            <w:tcW w:w="454" w:type="dxa"/>
          </w:tcPr>
          <w:p w14:paraId="6517B0F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48.</w:t>
            </w:r>
          </w:p>
        </w:tc>
        <w:tc>
          <w:tcPr>
            <w:tcW w:w="3230" w:type="dxa"/>
          </w:tcPr>
          <w:p w14:paraId="58ED7209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по разделу «О братьях наших меньших»</w:t>
            </w:r>
          </w:p>
        </w:tc>
        <w:tc>
          <w:tcPr>
            <w:tcW w:w="731" w:type="dxa"/>
          </w:tcPr>
          <w:p w14:paraId="283CAFD8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B32AC83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2210FC8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0B47FD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79928C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38688F69" w14:textId="77777777" w:rsidTr="00665075">
        <w:trPr>
          <w:trHeight w:val="477"/>
        </w:trPr>
        <w:tc>
          <w:tcPr>
            <w:tcW w:w="454" w:type="dxa"/>
          </w:tcPr>
          <w:p w14:paraId="7B34D218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49.</w:t>
            </w:r>
          </w:p>
        </w:tc>
        <w:tc>
          <w:tcPr>
            <w:tcW w:w="3230" w:type="dxa"/>
          </w:tcPr>
          <w:p w14:paraId="346CCFAA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  Обучение   составлению   вопросов. Проект</w:t>
            </w:r>
            <w:proofErr w:type="gramStart"/>
            <w:r w:rsidRPr="00665075">
              <w:rPr>
                <w:sz w:val="20"/>
                <w:szCs w:val="20"/>
              </w:rPr>
              <w:t xml:space="preserve">   «</w:t>
            </w:r>
            <w:proofErr w:type="gramEnd"/>
            <w:r w:rsidRPr="00665075">
              <w:rPr>
                <w:sz w:val="20"/>
                <w:szCs w:val="20"/>
              </w:rPr>
              <w:t>Мой   любимый   детский журнал»</w:t>
            </w:r>
          </w:p>
        </w:tc>
        <w:tc>
          <w:tcPr>
            <w:tcW w:w="731" w:type="dxa"/>
          </w:tcPr>
          <w:p w14:paraId="4D678AC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844660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30A59E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F26EFF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3CFDD4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868CF4E" w14:textId="77777777" w:rsidTr="00665075">
        <w:trPr>
          <w:trHeight w:val="477"/>
        </w:trPr>
        <w:tc>
          <w:tcPr>
            <w:tcW w:w="454" w:type="dxa"/>
          </w:tcPr>
          <w:p w14:paraId="1E5285D7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50.</w:t>
            </w:r>
          </w:p>
        </w:tc>
        <w:tc>
          <w:tcPr>
            <w:tcW w:w="3230" w:type="dxa"/>
          </w:tcPr>
          <w:p w14:paraId="5EE542A6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Д. Хармс. «Игра». Д. Хармс. «Вы знаете?»</w:t>
            </w:r>
          </w:p>
        </w:tc>
        <w:tc>
          <w:tcPr>
            <w:tcW w:w="731" w:type="dxa"/>
          </w:tcPr>
          <w:p w14:paraId="1C3AC75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5FDA00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DF032E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2DEDC3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AB3A25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6375A08" w14:textId="77777777" w:rsidTr="00665075">
        <w:trPr>
          <w:trHeight w:val="477"/>
        </w:trPr>
        <w:tc>
          <w:tcPr>
            <w:tcW w:w="454" w:type="dxa"/>
          </w:tcPr>
          <w:p w14:paraId="47E5D78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51.</w:t>
            </w:r>
          </w:p>
        </w:tc>
        <w:tc>
          <w:tcPr>
            <w:tcW w:w="3230" w:type="dxa"/>
          </w:tcPr>
          <w:p w14:paraId="578B0B7F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Д. </w:t>
            </w:r>
            <w:proofErr w:type="gramStart"/>
            <w:r w:rsidRPr="00665075">
              <w:rPr>
                <w:sz w:val="20"/>
                <w:szCs w:val="20"/>
              </w:rPr>
              <w:t>Хармс,  С.</w:t>
            </w:r>
            <w:proofErr w:type="gramEnd"/>
            <w:r w:rsidRPr="00665075">
              <w:rPr>
                <w:sz w:val="20"/>
                <w:szCs w:val="20"/>
              </w:rPr>
              <w:t xml:space="preserve"> Маршак.  «Весёлые чижи»</w:t>
            </w:r>
          </w:p>
        </w:tc>
        <w:tc>
          <w:tcPr>
            <w:tcW w:w="731" w:type="dxa"/>
          </w:tcPr>
          <w:p w14:paraId="0C44E7B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A7A5CD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348FD5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22B22B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BE0480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00BDCB0" w14:textId="77777777" w:rsidTr="00665075">
        <w:trPr>
          <w:trHeight w:val="477"/>
        </w:trPr>
        <w:tc>
          <w:tcPr>
            <w:tcW w:w="454" w:type="dxa"/>
          </w:tcPr>
          <w:p w14:paraId="3485AE90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52.</w:t>
            </w:r>
          </w:p>
        </w:tc>
        <w:tc>
          <w:tcPr>
            <w:tcW w:w="3230" w:type="dxa"/>
          </w:tcPr>
          <w:p w14:paraId="078692FF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Д.   Хармс.   «Что   это   было?</w:t>
            </w:r>
            <w:proofErr w:type="gramStart"/>
            <w:r w:rsidRPr="00665075">
              <w:rPr>
                <w:sz w:val="20"/>
                <w:szCs w:val="20"/>
              </w:rPr>
              <w:t xml:space="preserve">»,   </w:t>
            </w:r>
            <w:proofErr w:type="gramEnd"/>
            <w:r w:rsidRPr="00665075">
              <w:rPr>
                <w:sz w:val="20"/>
                <w:szCs w:val="20"/>
              </w:rPr>
              <w:t xml:space="preserve">Н. </w:t>
            </w:r>
            <w:proofErr w:type="spellStart"/>
            <w:r w:rsidRPr="00665075">
              <w:rPr>
                <w:sz w:val="20"/>
                <w:szCs w:val="20"/>
              </w:rPr>
              <w:t>Гернет</w:t>
            </w:r>
            <w:proofErr w:type="spellEnd"/>
            <w:r w:rsidRPr="00665075">
              <w:rPr>
                <w:sz w:val="20"/>
                <w:szCs w:val="20"/>
              </w:rPr>
              <w:t>,   Д. Хармс.   «Очень-очень вкусный пирог». Ю.  Владимиров. «Чудаки»</w:t>
            </w:r>
          </w:p>
        </w:tc>
        <w:tc>
          <w:tcPr>
            <w:tcW w:w="731" w:type="dxa"/>
          </w:tcPr>
          <w:p w14:paraId="50C1FB7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CD8818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8EE29E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3CB5C0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B96B78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Тестирование;</w:t>
            </w:r>
          </w:p>
        </w:tc>
      </w:tr>
      <w:tr w:rsidR="0077385B" w:rsidRPr="00665075" w14:paraId="363D0855" w14:textId="77777777" w:rsidTr="00665075">
        <w:trPr>
          <w:trHeight w:val="477"/>
        </w:trPr>
        <w:tc>
          <w:tcPr>
            <w:tcW w:w="454" w:type="dxa"/>
          </w:tcPr>
          <w:p w14:paraId="321DFE37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53.</w:t>
            </w:r>
          </w:p>
        </w:tc>
        <w:tc>
          <w:tcPr>
            <w:tcW w:w="3230" w:type="dxa"/>
          </w:tcPr>
          <w:p w14:paraId="43AE5940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Введенский. «Учёный Петя». А. Введенский. «Лошадка»</w:t>
            </w:r>
          </w:p>
        </w:tc>
        <w:tc>
          <w:tcPr>
            <w:tcW w:w="731" w:type="dxa"/>
          </w:tcPr>
          <w:p w14:paraId="12A2BADA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7E7056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4C8045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85B13A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90D172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345B80A" w14:textId="77777777" w:rsidTr="00665075">
        <w:trPr>
          <w:trHeight w:val="477"/>
        </w:trPr>
        <w:tc>
          <w:tcPr>
            <w:tcW w:w="454" w:type="dxa"/>
          </w:tcPr>
          <w:p w14:paraId="5E75795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54.</w:t>
            </w:r>
          </w:p>
        </w:tc>
        <w:tc>
          <w:tcPr>
            <w:tcW w:w="3230" w:type="dxa"/>
          </w:tcPr>
          <w:p w14:paraId="5BBC33D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Внеклассное чтение</w:t>
            </w:r>
          </w:p>
        </w:tc>
        <w:tc>
          <w:tcPr>
            <w:tcW w:w="731" w:type="dxa"/>
          </w:tcPr>
          <w:p w14:paraId="5E1D1B3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DA9E69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A00385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57E941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403DD1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73C8E0C" w14:textId="77777777" w:rsidTr="00665075">
        <w:trPr>
          <w:trHeight w:val="477"/>
        </w:trPr>
        <w:tc>
          <w:tcPr>
            <w:tcW w:w="454" w:type="dxa"/>
          </w:tcPr>
          <w:p w14:paraId="74B214B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55.</w:t>
            </w:r>
          </w:p>
        </w:tc>
        <w:tc>
          <w:tcPr>
            <w:tcW w:w="3230" w:type="dxa"/>
          </w:tcPr>
          <w:p w14:paraId="6ED0F24A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 xml:space="preserve">Проект:   </w:t>
            </w:r>
            <w:proofErr w:type="gramEnd"/>
            <w:r w:rsidRPr="00665075">
              <w:rPr>
                <w:sz w:val="20"/>
                <w:szCs w:val="20"/>
              </w:rPr>
              <w:t xml:space="preserve"> «Любимый    детский    журнал»</w:t>
            </w:r>
          </w:p>
        </w:tc>
        <w:tc>
          <w:tcPr>
            <w:tcW w:w="731" w:type="dxa"/>
          </w:tcPr>
          <w:p w14:paraId="60EBE40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4972CE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6A30771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163" w:type="dxa"/>
          </w:tcPr>
          <w:p w14:paraId="77614C3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AB6F0B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Практическая работа;</w:t>
            </w:r>
          </w:p>
        </w:tc>
      </w:tr>
      <w:tr w:rsidR="0077385B" w:rsidRPr="00665075" w14:paraId="6666F8ED" w14:textId="77777777" w:rsidTr="00665075">
        <w:trPr>
          <w:trHeight w:val="477"/>
        </w:trPr>
        <w:tc>
          <w:tcPr>
            <w:tcW w:w="454" w:type="dxa"/>
          </w:tcPr>
          <w:p w14:paraId="39220A5F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56.</w:t>
            </w:r>
          </w:p>
        </w:tc>
        <w:tc>
          <w:tcPr>
            <w:tcW w:w="3230" w:type="dxa"/>
          </w:tcPr>
          <w:p w14:paraId="69F4B83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 по  разделу  «Из  детских  журналов»</w:t>
            </w:r>
          </w:p>
        </w:tc>
        <w:tc>
          <w:tcPr>
            <w:tcW w:w="731" w:type="dxa"/>
          </w:tcPr>
          <w:p w14:paraId="6C4B66A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3ACE9C2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3B90850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24C374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0F29C6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5A6B6932" w14:textId="77777777" w:rsidTr="00665075">
        <w:trPr>
          <w:trHeight w:val="477"/>
        </w:trPr>
        <w:tc>
          <w:tcPr>
            <w:tcW w:w="454" w:type="dxa"/>
          </w:tcPr>
          <w:p w14:paraId="17689050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57.</w:t>
            </w:r>
          </w:p>
        </w:tc>
        <w:tc>
          <w:tcPr>
            <w:tcW w:w="3230" w:type="dxa"/>
          </w:tcPr>
          <w:p w14:paraId="21751C57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</w:t>
            </w:r>
          </w:p>
          <w:p w14:paraId="24CCEFD4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Прогнозирование    содержания раздела. </w:t>
            </w:r>
            <w:proofErr w:type="gramStart"/>
            <w:r w:rsidRPr="00665075">
              <w:rPr>
                <w:sz w:val="20"/>
                <w:szCs w:val="20"/>
              </w:rPr>
              <w:t>Зимние  загадки</w:t>
            </w:r>
            <w:proofErr w:type="gramEnd"/>
            <w:r w:rsidRPr="00665075">
              <w:rPr>
                <w:sz w:val="20"/>
                <w:szCs w:val="20"/>
              </w:rPr>
              <w:t xml:space="preserve">.  </w:t>
            </w:r>
            <w:proofErr w:type="gramStart"/>
            <w:r w:rsidRPr="00665075">
              <w:rPr>
                <w:sz w:val="20"/>
                <w:szCs w:val="20"/>
              </w:rPr>
              <w:t>Соотнесение  загадки</w:t>
            </w:r>
            <w:proofErr w:type="gramEnd"/>
            <w:r w:rsidRPr="00665075">
              <w:rPr>
                <w:sz w:val="20"/>
                <w:szCs w:val="20"/>
              </w:rPr>
              <w:t xml:space="preserve"> с отгадкой</w:t>
            </w:r>
          </w:p>
        </w:tc>
        <w:tc>
          <w:tcPr>
            <w:tcW w:w="731" w:type="dxa"/>
          </w:tcPr>
          <w:p w14:paraId="651950A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738498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569634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711C30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F74AF0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00936EF" w14:textId="77777777" w:rsidTr="00665075">
        <w:trPr>
          <w:trHeight w:val="477"/>
        </w:trPr>
        <w:tc>
          <w:tcPr>
            <w:tcW w:w="454" w:type="dxa"/>
          </w:tcPr>
          <w:p w14:paraId="65AF9235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58.</w:t>
            </w:r>
          </w:p>
        </w:tc>
        <w:tc>
          <w:tcPr>
            <w:tcW w:w="3230" w:type="dxa"/>
          </w:tcPr>
          <w:p w14:paraId="1B88DC70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Стихотворения русских поэтов на тему «Первый снег». И. Бунин. «Зимним холодом пахнуло...»</w:t>
            </w:r>
          </w:p>
        </w:tc>
        <w:tc>
          <w:tcPr>
            <w:tcW w:w="731" w:type="dxa"/>
          </w:tcPr>
          <w:p w14:paraId="6C7D7EB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5731E0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C52D90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15C415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B42E2F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97CE3D0" w14:textId="77777777" w:rsidTr="00665075">
        <w:trPr>
          <w:trHeight w:val="477"/>
        </w:trPr>
        <w:tc>
          <w:tcPr>
            <w:tcW w:w="454" w:type="dxa"/>
          </w:tcPr>
          <w:p w14:paraId="7C8D1A3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59.</w:t>
            </w:r>
          </w:p>
        </w:tc>
        <w:tc>
          <w:tcPr>
            <w:tcW w:w="3230" w:type="dxa"/>
          </w:tcPr>
          <w:p w14:paraId="4C33439D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К.    Бальмонт.  «</w:t>
            </w:r>
            <w:proofErr w:type="gramStart"/>
            <w:r w:rsidRPr="00665075">
              <w:rPr>
                <w:sz w:val="20"/>
                <w:szCs w:val="20"/>
              </w:rPr>
              <w:t xml:space="preserve">Снежинка»   </w:t>
            </w:r>
            <w:proofErr w:type="gramEnd"/>
            <w:r w:rsidRPr="00665075">
              <w:rPr>
                <w:sz w:val="20"/>
                <w:szCs w:val="20"/>
              </w:rPr>
              <w:t xml:space="preserve"> (в    сокращении)</w:t>
            </w:r>
          </w:p>
        </w:tc>
        <w:tc>
          <w:tcPr>
            <w:tcW w:w="731" w:type="dxa"/>
          </w:tcPr>
          <w:p w14:paraId="65B5B5E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711216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73B8A9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240ADB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654ACF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B129348" w14:textId="77777777" w:rsidTr="00665075">
        <w:trPr>
          <w:trHeight w:val="735"/>
        </w:trPr>
        <w:tc>
          <w:tcPr>
            <w:tcW w:w="454" w:type="dxa"/>
          </w:tcPr>
          <w:p w14:paraId="473C901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60.</w:t>
            </w:r>
          </w:p>
        </w:tc>
        <w:tc>
          <w:tcPr>
            <w:tcW w:w="3230" w:type="dxa"/>
          </w:tcPr>
          <w:p w14:paraId="7970EF36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Я. Аким. «Утром кот принёс на лапках...»</w:t>
            </w:r>
          </w:p>
        </w:tc>
        <w:tc>
          <w:tcPr>
            <w:tcW w:w="731" w:type="dxa"/>
          </w:tcPr>
          <w:p w14:paraId="7C95EC8A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EA0692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AEE391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00FCA0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8C5E5E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Тестирование;</w:t>
            </w:r>
          </w:p>
        </w:tc>
      </w:tr>
      <w:tr w:rsidR="0077385B" w:rsidRPr="00665075" w14:paraId="13D01996" w14:textId="77777777" w:rsidTr="00665075">
        <w:trPr>
          <w:trHeight w:val="978"/>
        </w:trPr>
        <w:tc>
          <w:tcPr>
            <w:tcW w:w="454" w:type="dxa"/>
          </w:tcPr>
          <w:p w14:paraId="22A9175C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61.</w:t>
            </w:r>
          </w:p>
        </w:tc>
        <w:tc>
          <w:tcPr>
            <w:tcW w:w="3230" w:type="dxa"/>
          </w:tcPr>
          <w:p w14:paraId="4BF1F4F8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Ф.   Тютчев.  «Чародейкою   Зимою...»</w:t>
            </w:r>
          </w:p>
        </w:tc>
        <w:tc>
          <w:tcPr>
            <w:tcW w:w="731" w:type="dxa"/>
          </w:tcPr>
          <w:p w14:paraId="1C4FB20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86E5C0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CCDB1C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A2986A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61F24B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7385B" w:rsidRPr="00665075" w14:paraId="4B4330AC" w14:textId="77777777" w:rsidTr="00665075">
        <w:trPr>
          <w:trHeight w:val="477"/>
        </w:trPr>
        <w:tc>
          <w:tcPr>
            <w:tcW w:w="454" w:type="dxa"/>
          </w:tcPr>
          <w:p w14:paraId="31723D3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62.</w:t>
            </w:r>
          </w:p>
        </w:tc>
        <w:tc>
          <w:tcPr>
            <w:tcW w:w="3230" w:type="dxa"/>
          </w:tcPr>
          <w:p w14:paraId="06A29FBA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С. Есенин. «Поёт зима — аукает...»  (</w:t>
            </w:r>
            <w:proofErr w:type="gramStart"/>
            <w:r w:rsidRPr="00665075">
              <w:rPr>
                <w:sz w:val="20"/>
                <w:szCs w:val="20"/>
              </w:rPr>
              <w:t>в  сокращении</w:t>
            </w:r>
            <w:proofErr w:type="gramEnd"/>
            <w:r w:rsidRPr="00665075">
              <w:rPr>
                <w:sz w:val="20"/>
                <w:szCs w:val="20"/>
              </w:rPr>
              <w:t xml:space="preserve">).  С.  Есенин. </w:t>
            </w:r>
            <w:r w:rsidRPr="00665075">
              <w:rPr>
                <w:sz w:val="20"/>
                <w:szCs w:val="20"/>
              </w:rPr>
              <w:lastRenderedPageBreak/>
              <w:t>«Берёза»</w:t>
            </w:r>
          </w:p>
        </w:tc>
        <w:tc>
          <w:tcPr>
            <w:tcW w:w="731" w:type="dxa"/>
          </w:tcPr>
          <w:p w14:paraId="27D6600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19" w:type="dxa"/>
          </w:tcPr>
          <w:p w14:paraId="662E2AD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42DFBC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31FF4C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BFF469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F6859B2" w14:textId="77777777" w:rsidTr="00665075">
        <w:trPr>
          <w:trHeight w:val="477"/>
        </w:trPr>
        <w:tc>
          <w:tcPr>
            <w:tcW w:w="454" w:type="dxa"/>
          </w:tcPr>
          <w:p w14:paraId="6BAF03F5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63.</w:t>
            </w:r>
          </w:p>
        </w:tc>
        <w:tc>
          <w:tcPr>
            <w:tcW w:w="3230" w:type="dxa"/>
          </w:tcPr>
          <w:p w14:paraId="3437C72A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Сказка «Два Мороза»</w:t>
            </w:r>
          </w:p>
        </w:tc>
        <w:tc>
          <w:tcPr>
            <w:tcW w:w="731" w:type="dxa"/>
          </w:tcPr>
          <w:p w14:paraId="5AE06528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D9593A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E4DA17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338369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E91EE1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9472115" w14:textId="77777777" w:rsidTr="00665075">
        <w:trPr>
          <w:trHeight w:val="477"/>
        </w:trPr>
        <w:tc>
          <w:tcPr>
            <w:tcW w:w="454" w:type="dxa"/>
          </w:tcPr>
          <w:p w14:paraId="6146045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64.</w:t>
            </w:r>
          </w:p>
        </w:tc>
        <w:tc>
          <w:tcPr>
            <w:tcW w:w="3230" w:type="dxa"/>
          </w:tcPr>
          <w:p w14:paraId="56214F0D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С. Михалков. «Новогодняя быль».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56E2909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CD10BA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AB7EA1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C9D577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B305C0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64B67CF4" w14:textId="77777777" w:rsidTr="00665075">
        <w:trPr>
          <w:trHeight w:val="477"/>
        </w:trPr>
        <w:tc>
          <w:tcPr>
            <w:tcW w:w="454" w:type="dxa"/>
          </w:tcPr>
          <w:p w14:paraId="58CCE05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65.</w:t>
            </w:r>
          </w:p>
        </w:tc>
        <w:tc>
          <w:tcPr>
            <w:tcW w:w="3230" w:type="dxa"/>
          </w:tcPr>
          <w:p w14:paraId="46C869C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 Барто.  «</w:t>
            </w:r>
            <w:proofErr w:type="gramStart"/>
            <w:r w:rsidRPr="00665075">
              <w:rPr>
                <w:sz w:val="20"/>
                <w:szCs w:val="20"/>
              </w:rPr>
              <w:t>Дело  было</w:t>
            </w:r>
            <w:proofErr w:type="gramEnd"/>
            <w:r w:rsidRPr="00665075">
              <w:rPr>
                <w:sz w:val="20"/>
                <w:szCs w:val="20"/>
              </w:rPr>
              <w:t xml:space="preserve">  в  январе...».    С.    Дрожжин.    «Улицей    гуляет...» </w:t>
            </w: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 по  разделу  «Люблю  при-роду русскую. Зима»</w:t>
            </w:r>
          </w:p>
        </w:tc>
        <w:tc>
          <w:tcPr>
            <w:tcW w:w="731" w:type="dxa"/>
          </w:tcPr>
          <w:p w14:paraId="118E421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98A6DE9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6EA7394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04DCE2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3EBB61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49CE6A95" w14:textId="77777777" w:rsidTr="00665075">
        <w:trPr>
          <w:trHeight w:val="477"/>
        </w:trPr>
        <w:tc>
          <w:tcPr>
            <w:tcW w:w="454" w:type="dxa"/>
          </w:tcPr>
          <w:p w14:paraId="47E4979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66.</w:t>
            </w:r>
          </w:p>
        </w:tc>
        <w:tc>
          <w:tcPr>
            <w:tcW w:w="3230" w:type="dxa"/>
          </w:tcPr>
          <w:p w14:paraId="2798A53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Резервный урок</w:t>
            </w:r>
          </w:p>
        </w:tc>
        <w:tc>
          <w:tcPr>
            <w:tcW w:w="731" w:type="dxa"/>
          </w:tcPr>
          <w:p w14:paraId="2606362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7571DA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4185F3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6097D8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5214E8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2829155E" w14:textId="77777777" w:rsidTr="00665075">
        <w:trPr>
          <w:trHeight w:val="477"/>
        </w:trPr>
        <w:tc>
          <w:tcPr>
            <w:tcW w:w="454" w:type="dxa"/>
          </w:tcPr>
          <w:p w14:paraId="0EDBB24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67.</w:t>
            </w:r>
          </w:p>
        </w:tc>
        <w:tc>
          <w:tcPr>
            <w:tcW w:w="3230" w:type="dxa"/>
          </w:tcPr>
          <w:p w14:paraId="1D53AAC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   Прогнозирование    содержания раздела. К. И. Чуковский. «Путаница»</w:t>
            </w:r>
          </w:p>
        </w:tc>
        <w:tc>
          <w:tcPr>
            <w:tcW w:w="731" w:type="dxa"/>
          </w:tcPr>
          <w:p w14:paraId="2DCAA13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19721B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DF5D49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AEA17B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19BFC4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43B7EA9" w14:textId="77777777" w:rsidTr="00665075">
        <w:trPr>
          <w:trHeight w:val="477"/>
        </w:trPr>
        <w:tc>
          <w:tcPr>
            <w:tcW w:w="454" w:type="dxa"/>
          </w:tcPr>
          <w:p w14:paraId="4B258320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68.</w:t>
            </w:r>
          </w:p>
        </w:tc>
        <w:tc>
          <w:tcPr>
            <w:tcW w:w="3230" w:type="dxa"/>
          </w:tcPr>
          <w:p w14:paraId="79244381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К. И. Чуковский. «Путаница»</w:t>
            </w:r>
          </w:p>
        </w:tc>
        <w:tc>
          <w:tcPr>
            <w:tcW w:w="731" w:type="dxa"/>
          </w:tcPr>
          <w:p w14:paraId="7F3EA6B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18FC30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339D51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CAF816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4044E4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31B4B7F" w14:textId="77777777" w:rsidTr="00665075">
        <w:trPr>
          <w:trHeight w:val="477"/>
        </w:trPr>
        <w:tc>
          <w:tcPr>
            <w:tcW w:w="454" w:type="dxa"/>
          </w:tcPr>
          <w:p w14:paraId="59771241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69.</w:t>
            </w:r>
          </w:p>
        </w:tc>
        <w:tc>
          <w:tcPr>
            <w:tcW w:w="3230" w:type="dxa"/>
          </w:tcPr>
          <w:p w14:paraId="480420ED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К. И. Чуковский. «Радость»</w:t>
            </w:r>
          </w:p>
        </w:tc>
        <w:tc>
          <w:tcPr>
            <w:tcW w:w="731" w:type="dxa"/>
          </w:tcPr>
          <w:p w14:paraId="617011B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3648FB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3EA517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F4366D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7CC490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75816A4" w14:textId="77777777" w:rsidTr="00665075">
        <w:trPr>
          <w:trHeight w:val="477"/>
        </w:trPr>
        <w:tc>
          <w:tcPr>
            <w:tcW w:w="454" w:type="dxa"/>
          </w:tcPr>
          <w:p w14:paraId="492BFD7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70.</w:t>
            </w:r>
          </w:p>
        </w:tc>
        <w:tc>
          <w:tcPr>
            <w:tcW w:w="3230" w:type="dxa"/>
          </w:tcPr>
          <w:p w14:paraId="37A765CC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К. И. Чуковский.    «</w:t>
            </w:r>
            <w:proofErr w:type="spellStart"/>
            <w:r w:rsidRPr="00665075">
              <w:rPr>
                <w:sz w:val="20"/>
                <w:szCs w:val="20"/>
              </w:rPr>
              <w:t>Федорино</w:t>
            </w:r>
            <w:proofErr w:type="spellEnd"/>
            <w:r w:rsidRPr="00665075">
              <w:rPr>
                <w:sz w:val="20"/>
                <w:szCs w:val="20"/>
              </w:rPr>
              <w:t xml:space="preserve"> горе»</w:t>
            </w:r>
          </w:p>
        </w:tc>
        <w:tc>
          <w:tcPr>
            <w:tcW w:w="731" w:type="dxa"/>
          </w:tcPr>
          <w:p w14:paraId="2BF909F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C0128A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382085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E86610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445DDB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DE83E06" w14:textId="77777777" w:rsidTr="00665075">
        <w:trPr>
          <w:trHeight w:val="477"/>
        </w:trPr>
        <w:tc>
          <w:tcPr>
            <w:tcW w:w="454" w:type="dxa"/>
          </w:tcPr>
          <w:p w14:paraId="696964E5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71.</w:t>
            </w:r>
          </w:p>
        </w:tc>
        <w:tc>
          <w:tcPr>
            <w:tcW w:w="3230" w:type="dxa"/>
          </w:tcPr>
          <w:p w14:paraId="0B50A4CC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К. И. Чуковский.    «</w:t>
            </w:r>
            <w:proofErr w:type="spellStart"/>
            <w:r w:rsidRPr="00665075">
              <w:rPr>
                <w:sz w:val="20"/>
                <w:szCs w:val="20"/>
              </w:rPr>
              <w:t>Федорино</w:t>
            </w:r>
            <w:proofErr w:type="spellEnd"/>
            <w:r w:rsidRPr="00665075">
              <w:rPr>
                <w:sz w:val="20"/>
                <w:szCs w:val="20"/>
              </w:rPr>
              <w:t xml:space="preserve"> горе»</w:t>
            </w:r>
          </w:p>
        </w:tc>
        <w:tc>
          <w:tcPr>
            <w:tcW w:w="731" w:type="dxa"/>
          </w:tcPr>
          <w:p w14:paraId="2FCEE66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F69AB0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3D3DCF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1D03E3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CEF284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6F589C4" w14:textId="77777777" w:rsidTr="00665075">
        <w:trPr>
          <w:trHeight w:val="477"/>
        </w:trPr>
        <w:tc>
          <w:tcPr>
            <w:tcW w:w="454" w:type="dxa"/>
          </w:tcPr>
          <w:p w14:paraId="31A0420C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72.</w:t>
            </w:r>
          </w:p>
        </w:tc>
        <w:tc>
          <w:tcPr>
            <w:tcW w:w="3230" w:type="dxa"/>
          </w:tcPr>
          <w:p w14:paraId="6C12A657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С. Я. Маршак. «Кот и лодыри»</w:t>
            </w:r>
          </w:p>
        </w:tc>
        <w:tc>
          <w:tcPr>
            <w:tcW w:w="731" w:type="dxa"/>
          </w:tcPr>
          <w:p w14:paraId="22844B9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854E6F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C2CE53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162999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EAB26A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9D71811" w14:textId="77777777" w:rsidTr="00665075">
        <w:trPr>
          <w:trHeight w:val="477"/>
        </w:trPr>
        <w:tc>
          <w:tcPr>
            <w:tcW w:w="454" w:type="dxa"/>
          </w:tcPr>
          <w:p w14:paraId="34B2DC2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73.</w:t>
            </w:r>
          </w:p>
        </w:tc>
        <w:tc>
          <w:tcPr>
            <w:tcW w:w="3230" w:type="dxa"/>
          </w:tcPr>
          <w:p w14:paraId="4CB5781F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С. В. Михалков. «Мой секрет»</w:t>
            </w:r>
          </w:p>
        </w:tc>
        <w:tc>
          <w:tcPr>
            <w:tcW w:w="731" w:type="dxa"/>
          </w:tcPr>
          <w:p w14:paraId="68CE2BE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8782E2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58FDFE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B8D177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ECA818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19D1D45" w14:textId="77777777" w:rsidTr="00665075">
        <w:trPr>
          <w:trHeight w:val="477"/>
        </w:trPr>
        <w:tc>
          <w:tcPr>
            <w:tcW w:w="454" w:type="dxa"/>
          </w:tcPr>
          <w:p w14:paraId="3BC314B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74.</w:t>
            </w:r>
          </w:p>
        </w:tc>
        <w:tc>
          <w:tcPr>
            <w:tcW w:w="3230" w:type="dxa"/>
          </w:tcPr>
          <w:p w14:paraId="45FEE129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С. В. Михалков. «Сила воли»</w:t>
            </w:r>
          </w:p>
        </w:tc>
        <w:tc>
          <w:tcPr>
            <w:tcW w:w="731" w:type="dxa"/>
          </w:tcPr>
          <w:p w14:paraId="5E10C79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4C5188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84B1A3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439464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44B237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106E571" w14:textId="77777777" w:rsidTr="00665075">
        <w:trPr>
          <w:trHeight w:val="477"/>
        </w:trPr>
        <w:tc>
          <w:tcPr>
            <w:tcW w:w="454" w:type="dxa"/>
          </w:tcPr>
          <w:p w14:paraId="4378B60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75.</w:t>
            </w:r>
          </w:p>
        </w:tc>
        <w:tc>
          <w:tcPr>
            <w:tcW w:w="3230" w:type="dxa"/>
          </w:tcPr>
          <w:p w14:paraId="08EB51AF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С. В. Михалков. «Мой щенок»</w:t>
            </w:r>
          </w:p>
        </w:tc>
        <w:tc>
          <w:tcPr>
            <w:tcW w:w="731" w:type="dxa"/>
          </w:tcPr>
          <w:p w14:paraId="46A949B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77DD29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104ADE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B90D9A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EFAA7D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Тестирование;</w:t>
            </w:r>
          </w:p>
        </w:tc>
      </w:tr>
      <w:tr w:rsidR="0077385B" w:rsidRPr="00665075" w14:paraId="37A83EE2" w14:textId="77777777" w:rsidTr="00665075">
        <w:trPr>
          <w:trHeight w:val="477"/>
        </w:trPr>
        <w:tc>
          <w:tcPr>
            <w:tcW w:w="454" w:type="dxa"/>
          </w:tcPr>
          <w:p w14:paraId="009CC1D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76.</w:t>
            </w:r>
          </w:p>
        </w:tc>
        <w:tc>
          <w:tcPr>
            <w:tcW w:w="3230" w:type="dxa"/>
          </w:tcPr>
          <w:p w14:paraId="18C5523D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Л. Барто. «Верёвочка»</w:t>
            </w:r>
          </w:p>
        </w:tc>
        <w:tc>
          <w:tcPr>
            <w:tcW w:w="731" w:type="dxa"/>
          </w:tcPr>
          <w:p w14:paraId="64F0BA2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2230A8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557CBC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431C9B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5137CD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5C9C73E" w14:textId="77777777" w:rsidTr="00665075">
        <w:trPr>
          <w:trHeight w:val="477"/>
        </w:trPr>
        <w:tc>
          <w:tcPr>
            <w:tcW w:w="454" w:type="dxa"/>
          </w:tcPr>
          <w:p w14:paraId="4C813F97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77.</w:t>
            </w:r>
          </w:p>
        </w:tc>
        <w:tc>
          <w:tcPr>
            <w:tcW w:w="3230" w:type="dxa"/>
          </w:tcPr>
          <w:p w14:paraId="15715561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Л. Барто. «Верёвочка», «Мы не заметили жука»</w:t>
            </w:r>
          </w:p>
        </w:tc>
        <w:tc>
          <w:tcPr>
            <w:tcW w:w="731" w:type="dxa"/>
          </w:tcPr>
          <w:p w14:paraId="37E535B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F499DC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636599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E17092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4C6481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3A6A333" w14:textId="77777777" w:rsidTr="00665075">
        <w:trPr>
          <w:trHeight w:val="477"/>
        </w:trPr>
        <w:tc>
          <w:tcPr>
            <w:tcW w:w="454" w:type="dxa"/>
          </w:tcPr>
          <w:p w14:paraId="58ED8AA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78.</w:t>
            </w:r>
          </w:p>
        </w:tc>
        <w:tc>
          <w:tcPr>
            <w:tcW w:w="3230" w:type="dxa"/>
          </w:tcPr>
          <w:p w14:paraId="2BEC657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Л. Барто. «В школу»</w:t>
            </w:r>
          </w:p>
        </w:tc>
        <w:tc>
          <w:tcPr>
            <w:tcW w:w="731" w:type="dxa"/>
          </w:tcPr>
          <w:p w14:paraId="26FD15F8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640841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4192F2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532536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6B6F37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293E959" w14:textId="77777777" w:rsidTr="00665075">
        <w:trPr>
          <w:trHeight w:val="477"/>
        </w:trPr>
        <w:tc>
          <w:tcPr>
            <w:tcW w:w="454" w:type="dxa"/>
          </w:tcPr>
          <w:p w14:paraId="1ACFB13F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79.</w:t>
            </w:r>
          </w:p>
        </w:tc>
        <w:tc>
          <w:tcPr>
            <w:tcW w:w="3230" w:type="dxa"/>
          </w:tcPr>
          <w:p w14:paraId="2CCF8FE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 Л.  Барто.  «</w:t>
            </w:r>
            <w:proofErr w:type="gramStart"/>
            <w:r w:rsidRPr="00665075">
              <w:rPr>
                <w:sz w:val="20"/>
                <w:szCs w:val="20"/>
              </w:rPr>
              <w:t>Вовка  —</w:t>
            </w:r>
            <w:proofErr w:type="gramEnd"/>
            <w:r w:rsidRPr="00665075">
              <w:rPr>
                <w:sz w:val="20"/>
                <w:szCs w:val="20"/>
              </w:rPr>
              <w:t xml:space="preserve">  добрая  душа»</w:t>
            </w:r>
          </w:p>
        </w:tc>
        <w:tc>
          <w:tcPr>
            <w:tcW w:w="731" w:type="dxa"/>
          </w:tcPr>
          <w:p w14:paraId="31D199B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101FB4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411ED2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EC3852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DD8D5E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830BB23" w14:textId="77777777" w:rsidTr="00665075">
        <w:trPr>
          <w:trHeight w:val="477"/>
        </w:trPr>
        <w:tc>
          <w:tcPr>
            <w:tcW w:w="454" w:type="dxa"/>
          </w:tcPr>
          <w:p w14:paraId="3F6BC5A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80.</w:t>
            </w:r>
          </w:p>
        </w:tc>
        <w:tc>
          <w:tcPr>
            <w:tcW w:w="3230" w:type="dxa"/>
          </w:tcPr>
          <w:p w14:paraId="248AC56E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Н. Н. Носов. «Затейники»</w:t>
            </w:r>
          </w:p>
        </w:tc>
        <w:tc>
          <w:tcPr>
            <w:tcW w:w="731" w:type="dxa"/>
          </w:tcPr>
          <w:p w14:paraId="7AC4C90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A61EB7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993E65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9F764F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2E9A37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93E570E" w14:textId="77777777" w:rsidTr="00665075">
        <w:trPr>
          <w:trHeight w:val="477"/>
        </w:trPr>
        <w:tc>
          <w:tcPr>
            <w:tcW w:w="454" w:type="dxa"/>
          </w:tcPr>
          <w:p w14:paraId="1087FC51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81.</w:t>
            </w:r>
          </w:p>
        </w:tc>
        <w:tc>
          <w:tcPr>
            <w:tcW w:w="3230" w:type="dxa"/>
          </w:tcPr>
          <w:p w14:paraId="4BE777A8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Н. Н.  Носов. «Живая шляпа».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09E645C5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20F52F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0EE6A4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570078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5DC8DF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0FEC2FE" w14:textId="77777777" w:rsidTr="00665075">
        <w:trPr>
          <w:trHeight w:val="477"/>
        </w:trPr>
        <w:tc>
          <w:tcPr>
            <w:tcW w:w="454" w:type="dxa"/>
          </w:tcPr>
          <w:p w14:paraId="279E7B45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82.</w:t>
            </w:r>
          </w:p>
        </w:tc>
        <w:tc>
          <w:tcPr>
            <w:tcW w:w="3230" w:type="dxa"/>
          </w:tcPr>
          <w:p w14:paraId="05EBCEFA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Н. Н.  Носов. «Живая шляпа».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426FF62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C4426B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D8F0D4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3FE51B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E918DE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0AE1C5C7" w14:textId="77777777" w:rsidTr="00665075">
        <w:trPr>
          <w:trHeight w:val="477"/>
        </w:trPr>
        <w:tc>
          <w:tcPr>
            <w:tcW w:w="454" w:type="dxa"/>
          </w:tcPr>
          <w:p w14:paraId="788B7AD0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83.</w:t>
            </w:r>
          </w:p>
        </w:tc>
        <w:tc>
          <w:tcPr>
            <w:tcW w:w="3230" w:type="dxa"/>
          </w:tcPr>
          <w:p w14:paraId="19F3772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Н. Н. Носов. «На горке»</w:t>
            </w:r>
          </w:p>
        </w:tc>
        <w:tc>
          <w:tcPr>
            <w:tcW w:w="731" w:type="dxa"/>
          </w:tcPr>
          <w:p w14:paraId="2C2FA555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AE6794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6C6A87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E3A1F7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6D52B1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CCBC5AA" w14:textId="77777777" w:rsidTr="00665075">
        <w:trPr>
          <w:trHeight w:val="477"/>
        </w:trPr>
        <w:tc>
          <w:tcPr>
            <w:tcW w:w="454" w:type="dxa"/>
          </w:tcPr>
          <w:p w14:paraId="126D2947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84.</w:t>
            </w:r>
          </w:p>
        </w:tc>
        <w:tc>
          <w:tcPr>
            <w:tcW w:w="3230" w:type="dxa"/>
          </w:tcPr>
          <w:p w14:paraId="00D5554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Внеклассное чтение</w:t>
            </w:r>
          </w:p>
        </w:tc>
        <w:tc>
          <w:tcPr>
            <w:tcW w:w="731" w:type="dxa"/>
          </w:tcPr>
          <w:p w14:paraId="1336098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B18F78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7DD002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45C7F6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B9135D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F9A6B18" w14:textId="77777777" w:rsidTr="00665075">
        <w:trPr>
          <w:trHeight w:val="477"/>
        </w:trPr>
        <w:tc>
          <w:tcPr>
            <w:tcW w:w="454" w:type="dxa"/>
          </w:tcPr>
          <w:p w14:paraId="506AB99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85.</w:t>
            </w:r>
          </w:p>
        </w:tc>
        <w:tc>
          <w:tcPr>
            <w:tcW w:w="3230" w:type="dxa"/>
          </w:tcPr>
          <w:p w14:paraId="295E9D7D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 по  разделу  «Писатели  —  детям»</w:t>
            </w:r>
          </w:p>
        </w:tc>
        <w:tc>
          <w:tcPr>
            <w:tcW w:w="731" w:type="dxa"/>
          </w:tcPr>
          <w:p w14:paraId="2DCC90C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BDA6634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248F98C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3E5EE5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6F5D28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1389058B" w14:textId="77777777" w:rsidTr="00665075">
        <w:trPr>
          <w:trHeight w:val="477"/>
        </w:trPr>
        <w:tc>
          <w:tcPr>
            <w:tcW w:w="454" w:type="dxa"/>
          </w:tcPr>
          <w:p w14:paraId="120B60B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86.</w:t>
            </w:r>
          </w:p>
        </w:tc>
        <w:tc>
          <w:tcPr>
            <w:tcW w:w="3230" w:type="dxa"/>
          </w:tcPr>
          <w:p w14:paraId="5989529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   Прогнозирование    содержания    раздела.    В.    Берестов. «За игрой»</w:t>
            </w:r>
          </w:p>
        </w:tc>
        <w:tc>
          <w:tcPr>
            <w:tcW w:w="731" w:type="dxa"/>
          </w:tcPr>
          <w:p w14:paraId="043196F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D783E3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8F8AE3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73F1D0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B48D10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69F2EFD" w14:textId="77777777" w:rsidTr="00665075">
        <w:trPr>
          <w:trHeight w:val="477"/>
        </w:trPr>
        <w:tc>
          <w:tcPr>
            <w:tcW w:w="454" w:type="dxa"/>
          </w:tcPr>
          <w:p w14:paraId="0AA657DA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87.</w:t>
            </w:r>
          </w:p>
        </w:tc>
        <w:tc>
          <w:tcPr>
            <w:tcW w:w="3230" w:type="dxa"/>
          </w:tcPr>
          <w:p w14:paraId="2A84FC1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 Берестов.  «</w:t>
            </w:r>
            <w:proofErr w:type="gramStart"/>
            <w:r w:rsidRPr="00665075">
              <w:rPr>
                <w:sz w:val="20"/>
                <w:szCs w:val="20"/>
              </w:rPr>
              <w:t>Гляжу  с</w:t>
            </w:r>
            <w:proofErr w:type="gramEnd"/>
            <w:r w:rsidRPr="00665075">
              <w:rPr>
                <w:sz w:val="20"/>
                <w:szCs w:val="20"/>
              </w:rPr>
              <w:t xml:space="preserve">  высоты  на    обиду».    Э.    Мошковская.    Стихотворение «Я ушёл в свою обиду»</w:t>
            </w:r>
          </w:p>
        </w:tc>
        <w:tc>
          <w:tcPr>
            <w:tcW w:w="731" w:type="dxa"/>
          </w:tcPr>
          <w:p w14:paraId="4AC7090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0B1CD6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022827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6F343E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D81C63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F8A8F8E" w14:textId="77777777" w:rsidTr="00665075">
        <w:trPr>
          <w:trHeight w:val="477"/>
        </w:trPr>
        <w:tc>
          <w:tcPr>
            <w:tcW w:w="454" w:type="dxa"/>
          </w:tcPr>
          <w:p w14:paraId="23DA5A0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88.</w:t>
            </w:r>
          </w:p>
        </w:tc>
        <w:tc>
          <w:tcPr>
            <w:tcW w:w="3230" w:type="dxa"/>
          </w:tcPr>
          <w:p w14:paraId="0ABDA321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В.  Лунин.  </w:t>
            </w:r>
            <w:proofErr w:type="gramStart"/>
            <w:r w:rsidRPr="00665075">
              <w:rPr>
                <w:sz w:val="20"/>
                <w:szCs w:val="20"/>
              </w:rPr>
              <w:t>Стихотворение  «</w:t>
            </w:r>
            <w:proofErr w:type="gramEnd"/>
            <w:r w:rsidRPr="00665075">
              <w:rPr>
                <w:sz w:val="20"/>
                <w:szCs w:val="20"/>
              </w:rPr>
              <w:t>Я  и  Вовка»</w:t>
            </w:r>
          </w:p>
        </w:tc>
        <w:tc>
          <w:tcPr>
            <w:tcW w:w="731" w:type="dxa"/>
          </w:tcPr>
          <w:p w14:paraId="2827ECE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EB7169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0EA175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F8F1E5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08B6AB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AC09FCA" w14:textId="77777777" w:rsidTr="00665075">
        <w:trPr>
          <w:trHeight w:val="477"/>
        </w:trPr>
        <w:tc>
          <w:tcPr>
            <w:tcW w:w="454" w:type="dxa"/>
          </w:tcPr>
          <w:p w14:paraId="11B20B9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lastRenderedPageBreak/>
              <w:t>89.</w:t>
            </w:r>
          </w:p>
        </w:tc>
        <w:tc>
          <w:tcPr>
            <w:tcW w:w="3230" w:type="dxa"/>
          </w:tcPr>
          <w:p w14:paraId="76733A87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Н.  Булгаков. «Анна, не грусти!»</w:t>
            </w:r>
          </w:p>
        </w:tc>
        <w:tc>
          <w:tcPr>
            <w:tcW w:w="731" w:type="dxa"/>
          </w:tcPr>
          <w:p w14:paraId="3D99405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B46D1E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6EE710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4727CD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72C54D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0FB6C85" w14:textId="77777777" w:rsidTr="00665075">
        <w:trPr>
          <w:trHeight w:val="477"/>
        </w:trPr>
        <w:tc>
          <w:tcPr>
            <w:tcW w:w="454" w:type="dxa"/>
          </w:tcPr>
          <w:p w14:paraId="2ABEEBB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90.</w:t>
            </w:r>
          </w:p>
        </w:tc>
        <w:tc>
          <w:tcPr>
            <w:tcW w:w="3230" w:type="dxa"/>
          </w:tcPr>
          <w:p w14:paraId="796685F4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Ю. Ермолаев.    «Два    пирожных»</w:t>
            </w:r>
          </w:p>
        </w:tc>
        <w:tc>
          <w:tcPr>
            <w:tcW w:w="731" w:type="dxa"/>
          </w:tcPr>
          <w:p w14:paraId="6D2DC8B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07AF87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89AC62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4B150C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1742D5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A55BEE3" w14:textId="77777777" w:rsidTr="00665075">
        <w:trPr>
          <w:trHeight w:val="477"/>
        </w:trPr>
        <w:tc>
          <w:tcPr>
            <w:tcW w:w="454" w:type="dxa"/>
          </w:tcPr>
          <w:p w14:paraId="087EF9F8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91.</w:t>
            </w:r>
          </w:p>
        </w:tc>
        <w:tc>
          <w:tcPr>
            <w:tcW w:w="3230" w:type="dxa"/>
          </w:tcPr>
          <w:p w14:paraId="0A4855CC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В. Осеева. «Волшебное слово».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1410172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854F4C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E40612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6DCA2C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95CDB4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0719EA7" w14:textId="77777777" w:rsidTr="00665075">
        <w:trPr>
          <w:trHeight w:val="477"/>
        </w:trPr>
        <w:tc>
          <w:tcPr>
            <w:tcW w:w="454" w:type="dxa"/>
          </w:tcPr>
          <w:p w14:paraId="2688E0DC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92.</w:t>
            </w:r>
          </w:p>
        </w:tc>
        <w:tc>
          <w:tcPr>
            <w:tcW w:w="3230" w:type="dxa"/>
          </w:tcPr>
          <w:p w14:paraId="6C271BF4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В. Осеева. «Волшебное слово».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33685D2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5CA37D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9CE414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8AAFD6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2C87D0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67481728" w14:textId="77777777" w:rsidTr="00665075">
        <w:trPr>
          <w:trHeight w:val="477"/>
        </w:trPr>
        <w:tc>
          <w:tcPr>
            <w:tcW w:w="454" w:type="dxa"/>
          </w:tcPr>
          <w:p w14:paraId="51E06B7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93.</w:t>
            </w:r>
          </w:p>
        </w:tc>
        <w:tc>
          <w:tcPr>
            <w:tcW w:w="3230" w:type="dxa"/>
          </w:tcPr>
          <w:p w14:paraId="2986DB2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Осеева. «Хорошее»</w:t>
            </w:r>
          </w:p>
        </w:tc>
        <w:tc>
          <w:tcPr>
            <w:tcW w:w="731" w:type="dxa"/>
          </w:tcPr>
          <w:p w14:paraId="3591CF0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5C0A01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9CAEDB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90F8C3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483971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4378223" w14:textId="77777777" w:rsidTr="00665075">
        <w:trPr>
          <w:trHeight w:val="477"/>
        </w:trPr>
        <w:tc>
          <w:tcPr>
            <w:tcW w:w="454" w:type="dxa"/>
          </w:tcPr>
          <w:p w14:paraId="53AD568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94.</w:t>
            </w:r>
          </w:p>
        </w:tc>
        <w:tc>
          <w:tcPr>
            <w:tcW w:w="3230" w:type="dxa"/>
          </w:tcPr>
          <w:p w14:paraId="3BDCB88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Осеева. «Почему?»</w:t>
            </w:r>
          </w:p>
        </w:tc>
        <w:tc>
          <w:tcPr>
            <w:tcW w:w="731" w:type="dxa"/>
          </w:tcPr>
          <w:p w14:paraId="1DA0043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ECD638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871085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358DB1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2D944F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8821B30" w14:textId="77777777" w:rsidTr="00665075">
        <w:trPr>
          <w:trHeight w:val="477"/>
        </w:trPr>
        <w:tc>
          <w:tcPr>
            <w:tcW w:w="454" w:type="dxa"/>
          </w:tcPr>
          <w:p w14:paraId="30883A6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95.</w:t>
            </w:r>
          </w:p>
        </w:tc>
        <w:tc>
          <w:tcPr>
            <w:tcW w:w="3230" w:type="dxa"/>
          </w:tcPr>
          <w:p w14:paraId="75364CE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Внеклассное чтение</w:t>
            </w:r>
          </w:p>
        </w:tc>
        <w:tc>
          <w:tcPr>
            <w:tcW w:w="731" w:type="dxa"/>
          </w:tcPr>
          <w:p w14:paraId="3F31039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662E72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B4AD1A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05AEC7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B2F169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AE28BE2" w14:textId="77777777" w:rsidTr="00665075">
        <w:trPr>
          <w:trHeight w:val="477"/>
        </w:trPr>
        <w:tc>
          <w:tcPr>
            <w:tcW w:w="454" w:type="dxa"/>
          </w:tcPr>
          <w:p w14:paraId="0259B7D0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96.</w:t>
            </w:r>
          </w:p>
        </w:tc>
        <w:tc>
          <w:tcPr>
            <w:tcW w:w="3230" w:type="dxa"/>
          </w:tcPr>
          <w:p w14:paraId="46ED62F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 по  разделу  «Я  и  мои  друзья»</w:t>
            </w:r>
          </w:p>
        </w:tc>
        <w:tc>
          <w:tcPr>
            <w:tcW w:w="731" w:type="dxa"/>
          </w:tcPr>
          <w:p w14:paraId="1BFA13E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3DAF0B7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61518E3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0C9F03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E10F06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2DBFF76A" w14:textId="77777777" w:rsidTr="00665075">
        <w:trPr>
          <w:trHeight w:val="477"/>
        </w:trPr>
        <w:tc>
          <w:tcPr>
            <w:tcW w:w="454" w:type="dxa"/>
          </w:tcPr>
          <w:p w14:paraId="401D445A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97.</w:t>
            </w:r>
          </w:p>
        </w:tc>
        <w:tc>
          <w:tcPr>
            <w:tcW w:w="3230" w:type="dxa"/>
          </w:tcPr>
          <w:p w14:paraId="3DD4161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Весенние   загадки.   </w:t>
            </w:r>
            <w:proofErr w:type="gramStart"/>
            <w:r w:rsidRPr="00665075">
              <w:rPr>
                <w:sz w:val="20"/>
                <w:szCs w:val="20"/>
              </w:rPr>
              <w:t>Соотнесение  загадки</w:t>
            </w:r>
            <w:proofErr w:type="gramEnd"/>
            <w:r w:rsidRPr="00665075">
              <w:rPr>
                <w:sz w:val="20"/>
                <w:szCs w:val="20"/>
              </w:rPr>
              <w:t xml:space="preserve">  с  отгадкой.  Сочинение весенних загадок</w:t>
            </w:r>
          </w:p>
        </w:tc>
        <w:tc>
          <w:tcPr>
            <w:tcW w:w="731" w:type="dxa"/>
          </w:tcPr>
          <w:p w14:paraId="0C5FA787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CAAAA9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A5FB78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50F965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208916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B460E15" w14:textId="77777777" w:rsidTr="00665075">
        <w:trPr>
          <w:trHeight w:val="477"/>
        </w:trPr>
        <w:tc>
          <w:tcPr>
            <w:tcW w:w="454" w:type="dxa"/>
          </w:tcPr>
          <w:p w14:paraId="388357C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98.</w:t>
            </w:r>
          </w:p>
        </w:tc>
        <w:tc>
          <w:tcPr>
            <w:tcW w:w="3230" w:type="dxa"/>
          </w:tcPr>
          <w:p w14:paraId="21CC397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Ф.     Тютчев.     «Зима     недаром     злится...»</w:t>
            </w:r>
          </w:p>
        </w:tc>
        <w:tc>
          <w:tcPr>
            <w:tcW w:w="731" w:type="dxa"/>
          </w:tcPr>
          <w:p w14:paraId="32C4D2C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3D732F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1CB5F0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208C6C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5BEFEE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506C65C" w14:textId="77777777" w:rsidTr="00665075">
        <w:trPr>
          <w:trHeight w:val="477"/>
        </w:trPr>
        <w:tc>
          <w:tcPr>
            <w:tcW w:w="454" w:type="dxa"/>
          </w:tcPr>
          <w:p w14:paraId="1997028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99.</w:t>
            </w:r>
          </w:p>
        </w:tc>
        <w:tc>
          <w:tcPr>
            <w:tcW w:w="3230" w:type="dxa"/>
          </w:tcPr>
          <w:p w14:paraId="51482EF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Ф. Тютчев. «Весенние воды»</w:t>
            </w:r>
          </w:p>
        </w:tc>
        <w:tc>
          <w:tcPr>
            <w:tcW w:w="731" w:type="dxa"/>
          </w:tcPr>
          <w:p w14:paraId="593F59C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E6323A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C5B454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47ED5E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0E179B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0B10895" w14:textId="77777777" w:rsidTr="00665075">
        <w:trPr>
          <w:trHeight w:val="477"/>
        </w:trPr>
        <w:tc>
          <w:tcPr>
            <w:tcW w:w="454" w:type="dxa"/>
          </w:tcPr>
          <w:p w14:paraId="5FF4745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100.</w:t>
            </w:r>
          </w:p>
        </w:tc>
        <w:tc>
          <w:tcPr>
            <w:tcW w:w="3230" w:type="dxa"/>
          </w:tcPr>
          <w:p w14:paraId="401FFAE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  Плещеев.   «Весна</w:t>
            </w:r>
            <w:proofErr w:type="gramStart"/>
            <w:r w:rsidRPr="00665075">
              <w:rPr>
                <w:sz w:val="20"/>
                <w:szCs w:val="20"/>
              </w:rPr>
              <w:t xml:space="preserve">»,   </w:t>
            </w:r>
            <w:proofErr w:type="gramEnd"/>
            <w:r w:rsidRPr="00665075">
              <w:rPr>
                <w:sz w:val="20"/>
                <w:szCs w:val="20"/>
              </w:rPr>
              <w:t>«Сельская песенка»</w:t>
            </w:r>
          </w:p>
        </w:tc>
        <w:tc>
          <w:tcPr>
            <w:tcW w:w="731" w:type="dxa"/>
          </w:tcPr>
          <w:p w14:paraId="25EA67AF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C987BA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0CC1EF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1CCC22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740EC2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7385B" w:rsidRPr="00665075" w14:paraId="5E05C2E2" w14:textId="77777777" w:rsidTr="00665075">
        <w:trPr>
          <w:trHeight w:val="477"/>
        </w:trPr>
        <w:tc>
          <w:tcPr>
            <w:tcW w:w="454" w:type="dxa"/>
          </w:tcPr>
          <w:p w14:paraId="02A3299A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101.</w:t>
            </w:r>
          </w:p>
        </w:tc>
        <w:tc>
          <w:tcPr>
            <w:tcW w:w="3230" w:type="dxa"/>
          </w:tcPr>
          <w:p w14:paraId="487FBAE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 Блок. «На лугу». С.  Маршак. «Снег уже теперь не тот...»</w:t>
            </w:r>
          </w:p>
        </w:tc>
        <w:tc>
          <w:tcPr>
            <w:tcW w:w="731" w:type="dxa"/>
          </w:tcPr>
          <w:p w14:paraId="673143F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808959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C5EE92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022E18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532842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367B707" w14:textId="77777777" w:rsidTr="00665075">
        <w:trPr>
          <w:trHeight w:val="477"/>
        </w:trPr>
        <w:tc>
          <w:tcPr>
            <w:tcW w:w="454" w:type="dxa"/>
          </w:tcPr>
          <w:p w14:paraId="1E1240B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102.</w:t>
            </w:r>
          </w:p>
        </w:tc>
        <w:tc>
          <w:tcPr>
            <w:tcW w:w="3230" w:type="dxa"/>
          </w:tcPr>
          <w:p w14:paraId="3D4902BF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И.  Бунин.  «</w:t>
            </w:r>
            <w:proofErr w:type="gramStart"/>
            <w:r w:rsidRPr="00665075">
              <w:rPr>
                <w:sz w:val="20"/>
                <w:szCs w:val="20"/>
              </w:rPr>
              <w:t>Матери»  (</w:t>
            </w:r>
            <w:proofErr w:type="gramEnd"/>
            <w:r w:rsidRPr="00665075">
              <w:rPr>
                <w:sz w:val="20"/>
                <w:szCs w:val="20"/>
              </w:rPr>
              <w:t>в  сокращении)</w:t>
            </w:r>
          </w:p>
        </w:tc>
        <w:tc>
          <w:tcPr>
            <w:tcW w:w="731" w:type="dxa"/>
          </w:tcPr>
          <w:p w14:paraId="34FB2C8F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2E9354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7ACC72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A60A9A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95A973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71F9ABC" w14:textId="77777777" w:rsidTr="00665075">
        <w:trPr>
          <w:trHeight w:val="477"/>
        </w:trPr>
        <w:tc>
          <w:tcPr>
            <w:tcW w:w="454" w:type="dxa"/>
          </w:tcPr>
          <w:p w14:paraId="7CE55B2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103.</w:t>
            </w:r>
          </w:p>
        </w:tc>
        <w:tc>
          <w:tcPr>
            <w:tcW w:w="3230" w:type="dxa"/>
          </w:tcPr>
          <w:p w14:paraId="05E7290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А. Плещеев. «В бурю»</w:t>
            </w:r>
          </w:p>
        </w:tc>
        <w:tc>
          <w:tcPr>
            <w:tcW w:w="731" w:type="dxa"/>
          </w:tcPr>
          <w:p w14:paraId="101D07F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4C7918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727D3F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DFBB3B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C29B55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Тестирование;</w:t>
            </w:r>
          </w:p>
        </w:tc>
      </w:tr>
      <w:tr w:rsidR="0077385B" w:rsidRPr="00665075" w14:paraId="3D7CF195" w14:textId="77777777" w:rsidTr="00665075">
        <w:trPr>
          <w:trHeight w:val="477"/>
        </w:trPr>
        <w:tc>
          <w:tcPr>
            <w:tcW w:w="454" w:type="dxa"/>
          </w:tcPr>
          <w:p w14:paraId="527FF1F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104.</w:t>
            </w:r>
          </w:p>
        </w:tc>
        <w:tc>
          <w:tcPr>
            <w:tcW w:w="3230" w:type="dxa"/>
          </w:tcPr>
          <w:p w14:paraId="117372FF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Е.  Благинина.  «</w:t>
            </w:r>
            <w:proofErr w:type="gramStart"/>
            <w:r w:rsidRPr="00665075">
              <w:rPr>
                <w:sz w:val="20"/>
                <w:szCs w:val="20"/>
              </w:rPr>
              <w:t>Посидим  в</w:t>
            </w:r>
            <w:proofErr w:type="gramEnd"/>
            <w:r w:rsidRPr="00665075">
              <w:rPr>
                <w:sz w:val="20"/>
                <w:szCs w:val="20"/>
              </w:rPr>
              <w:t xml:space="preserve">  тишине»</w:t>
            </w:r>
          </w:p>
        </w:tc>
        <w:tc>
          <w:tcPr>
            <w:tcW w:w="731" w:type="dxa"/>
          </w:tcPr>
          <w:p w14:paraId="150F4C5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6EFBBA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5FEFC0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216F31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578270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ED52600" w14:textId="77777777" w:rsidTr="00665075">
        <w:trPr>
          <w:trHeight w:val="477"/>
        </w:trPr>
        <w:tc>
          <w:tcPr>
            <w:tcW w:w="454" w:type="dxa"/>
          </w:tcPr>
          <w:p w14:paraId="7D4CBF0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105.</w:t>
            </w:r>
          </w:p>
        </w:tc>
        <w:tc>
          <w:tcPr>
            <w:tcW w:w="3230" w:type="dxa"/>
          </w:tcPr>
          <w:p w14:paraId="0448C6C9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Э.  Мошковская.  «</w:t>
            </w:r>
            <w:proofErr w:type="gramStart"/>
            <w:r w:rsidRPr="00665075">
              <w:rPr>
                <w:sz w:val="20"/>
                <w:szCs w:val="20"/>
              </w:rPr>
              <w:t>Я  маму</w:t>
            </w:r>
            <w:proofErr w:type="gramEnd"/>
            <w:r w:rsidRPr="00665075">
              <w:rPr>
                <w:sz w:val="20"/>
                <w:szCs w:val="20"/>
              </w:rPr>
              <w:t xml:space="preserve">  мою  обидел...»</w:t>
            </w:r>
          </w:p>
        </w:tc>
        <w:tc>
          <w:tcPr>
            <w:tcW w:w="731" w:type="dxa"/>
          </w:tcPr>
          <w:p w14:paraId="76FEC7AF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73F8D6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C20293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8DB094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600269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9AB59BD" w14:textId="77777777" w:rsidTr="00665075">
        <w:trPr>
          <w:trHeight w:val="477"/>
        </w:trPr>
        <w:tc>
          <w:tcPr>
            <w:tcW w:w="454" w:type="dxa"/>
          </w:tcPr>
          <w:p w14:paraId="321FC237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106.</w:t>
            </w:r>
          </w:p>
        </w:tc>
        <w:tc>
          <w:tcPr>
            <w:tcW w:w="3230" w:type="dxa"/>
          </w:tcPr>
          <w:p w14:paraId="076A874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С. Васильев. «Белая </w:t>
            </w:r>
            <w:proofErr w:type="spellStart"/>
            <w:r w:rsidRPr="00665075">
              <w:rPr>
                <w:sz w:val="20"/>
                <w:szCs w:val="20"/>
              </w:rPr>
              <w:t>берёза</w:t>
            </w:r>
            <w:proofErr w:type="gramStart"/>
            <w:r w:rsidRPr="00665075">
              <w:rPr>
                <w:sz w:val="20"/>
                <w:szCs w:val="20"/>
              </w:rPr>
              <w:t>».Проект</w:t>
            </w:r>
            <w:proofErr w:type="spellEnd"/>
            <w:proofErr w:type="gramEnd"/>
            <w:r w:rsidRPr="00665075">
              <w:rPr>
                <w:sz w:val="20"/>
                <w:szCs w:val="20"/>
              </w:rPr>
              <w:t xml:space="preserve">   «Газета   «День   Победы — 9 мая»</w:t>
            </w:r>
          </w:p>
        </w:tc>
        <w:tc>
          <w:tcPr>
            <w:tcW w:w="731" w:type="dxa"/>
          </w:tcPr>
          <w:p w14:paraId="1CD3A93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F0EC22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43BF81C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163" w:type="dxa"/>
          </w:tcPr>
          <w:p w14:paraId="3BAA3A3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C87328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Практическая работа;</w:t>
            </w:r>
          </w:p>
        </w:tc>
      </w:tr>
      <w:tr w:rsidR="0077385B" w:rsidRPr="00665075" w14:paraId="41E42041" w14:textId="77777777" w:rsidTr="00665075">
        <w:trPr>
          <w:trHeight w:val="477"/>
        </w:trPr>
        <w:tc>
          <w:tcPr>
            <w:tcW w:w="454" w:type="dxa"/>
          </w:tcPr>
          <w:p w14:paraId="7D9E6D91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107.</w:t>
            </w:r>
          </w:p>
        </w:tc>
        <w:tc>
          <w:tcPr>
            <w:tcW w:w="3230" w:type="dxa"/>
          </w:tcPr>
          <w:p w14:paraId="41DE3F9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 по  разделу  «Люблю  природу русскую. Весна»</w:t>
            </w:r>
          </w:p>
        </w:tc>
        <w:tc>
          <w:tcPr>
            <w:tcW w:w="731" w:type="dxa"/>
          </w:tcPr>
          <w:p w14:paraId="0639B37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EA66D29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01B6C00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AF2537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D78E48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41E2B10B" w14:textId="77777777" w:rsidTr="00665075">
        <w:trPr>
          <w:trHeight w:val="477"/>
        </w:trPr>
        <w:tc>
          <w:tcPr>
            <w:tcW w:w="454" w:type="dxa"/>
          </w:tcPr>
          <w:p w14:paraId="67B6383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108.</w:t>
            </w:r>
          </w:p>
        </w:tc>
        <w:tc>
          <w:tcPr>
            <w:tcW w:w="3230" w:type="dxa"/>
          </w:tcPr>
          <w:p w14:paraId="5496ED85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   Прогнозирование    содержания раздела. Б.   </w:t>
            </w:r>
            <w:proofErr w:type="spellStart"/>
            <w:r w:rsidRPr="00665075">
              <w:rPr>
                <w:sz w:val="20"/>
                <w:szCs w:val="20"/>
              </w:rPr>
              <w:t>Заходер</w:t>
            </w:r>
            <w:proofErr w:type="spellEnd"/>
            <w:r w:rsidRPr="00665075">
              <w:rPr>
                <w:sz w:val="20"/>
                <w:szCs w:val="20"/>
              </w:rPr>
              <w:t>.   «Товарищам   детям»</w:t>
            </w:r>
          </w:p>
        </w:tc>
        <w:tc>
          <w:tcPr>
            <w:tcW w:w="731" w:type="dxa"/>
          </w:tcPr>
          <w:p w14:paraId="3D22DDDC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DA612E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72FAA1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A9D188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7C313F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C58067D" w14:textId="77777777" w:rsidTr="00665075">
        <w:trPr>
          <w:trHeight w:val="477"/>
        </w:trPr>
        <w:tc>
          <w:tcPr>
            <w:tcW w:w="454" w:type="dxa"/>
          </w:tcPr>
          <w:p w14:paraId="30AECE8F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109.</w:t>
            </w:r>
          </w:p>
        </w:tc>
        <w:tc>
          <w:tcPr>
            <w:tcW w:w="3230" w:type="dxa"/>
          </w:tcPr>
          <w:p w14:paraId="3D371C71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Б.  </w:t>
            </w:r>
            <w:proofErr w:type="spellStart"/>
            <w:r w:rsidRPr="00665075">
              <w:rPr>
                <w:sz w:val="20"/>
                <w:szCs w:val="20"/>
              </w:rPr>
              <w:t>Заходер</w:t>
            </w:r>
            <w:proofErr w:type="spellEnd"/>
            <w:r w:rsidRPr="00665075">
              <w:rPr>
                <w:sz w:val="20"/>
                <w:szCs w:val="20"/>
              </w:rPr>
              <w:t>. «Что красивей всего?»</w:t>
            </w:r>
          </w:p>
        </w:tc>
        <w:tc>
          <w:tcPr>
            <w:tcW w:w="731" w:type="dxa"/>
          </w:tcPr>
          <w:p w14:paraId="064AE26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1DBA07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1A6FCE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E40C1F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55E43B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504A1F2E" w14:textId="77777777" w:rsidTr="00665075">
        <w:trPr>
          <w:trHeight w:val="477"/>
        </w:trPr>
        <w:tc>
          <w:tcPr>
            <w:tcW w:w="454" w:type="dxa"/>
          </w:tcPr>
          <w:p w14:paraId="17FDC8F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110.</w:t>
            </w:r>
          </w:p>
        </w:tc>
        <w:tc>
          <w:tcPr>
            <w:tcW w:w="3230" w:type="dxa"/>
          </w:tcPr>
          <w:p w14:paraId="7E12B61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Б.   </w:t>
            </w:r>
            <w:proofErr w:type="spellStart"/>
            <w:r w:rsidRPr="00665075">
              <w:rPr>
                <w:sz w:val="20"/>
                <w:szCs w:val="20"/>
              </w:rPr>
              <w:t>Заходер</w:t>
            </w:r>
            <w:proofErr w:type="spellEnd"/>
            <w:r w:rsidRPr="00665075">
              <w:rPr>
                <w:sz w:val="20"/>
                <w:szCs w:val="20"/>
              </w:rPr>
              <w:t>.   «Песенки   Винни-Пуха»</w:t>
            </w:r>
          </w:p>
        </w:tc>
        <w:tc>
          <w:tcPr>
            <w:tcW w:w="731" w:type="dxa"/>
          </w:tcPr>
          <w:p w14:paraId="2EE089D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713DB5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FD245D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0CEFE0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FF4757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887F40E" w14:textId="77777777" w:rsidTr="00665075">
        <w:trPr>
          <w:trHeight w:val="477"/>
        </w:trPr>
        <w:tc>
          <w:tcPr>
            <w:tcW w:w="454" w:type="dxa"/>
          </w:tcPr>
          <w:p w14:paraId="469B0B37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111.</w:t>
            </w:r>
          </w:p>
        </w:tc>
        <w:tc>
          <w:tcPr>
            <w:tcW w:w="3230" w:type="dxa"/>
          </w:tcPr>
          <w:p w14:paraId="450A1F36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Э.  Успенский. «Чебурашка» (из </w:t>
            </w:r>
            <w:proofErr w:type="gramStart"/>
            <w:r w:rsidRPr="00665075">
              <w:rPr>
                <w:sz w:val="20"/>
                <w:szCs w:val="20"/>
              </w:rPr>
              <w:t>сказки  «</w:t>
            </w:r>
            <w:proofErr w:type="gramEnd"/>
            <w:r w:rsidRPr="00665075">
              <w:rPr>
                <w:sz w:val="20"/>
                <w:szCs w:val="20"/>
              </w:rPr>
              <w:t>Крокодил  Гена  и  его  друзья»).Развитие  речи:  обучение  подробному пересказу по коллективно составленному плану</w:t>
            </w:r>
          </w:p>
        </w:tc>
        <w:tc>
          <w:tcPr>
            <w:tcW w:w="731" w:type="dxa"/>
          </w:tcPr>
          <w:p w14:paraId="305C397A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D15D58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9ACD46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65DA77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1EE92F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6CE8295" w14:textId="77777777" w:rsidTr="00665075">
        <w:trPr>
          <w:trHeight w:val="477"/>
        </w:trPr>
        <w:tc>
          <w:tcPr>
            <w:tcW w:w="454" w:type="dxa"/>
          </w:tcPr>
          <w:p w14:paraId="02AA820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112.</w:t>
            </w:r>
          </w:p>
        </w:tc>
        <w:tc>
          <w:tcPr>
            <w:tcW w:w="3230" w:type="dxa"/>
          </w:tcPr>
          <w:p w14:paraId="624AD7DA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Э.  Успенский. «Чебурашка» (из </w:t>
            </w:r>
            <w:proofErr w:type="gramStart"/>
            <w:r w:rsidRPr="00665075">
              <w:rPr>
                <w:sz w:val="20"/>
                <w:szCs w:val="20"/>
              </w:rPr>
              <w:t>сказки  «</w:t>
            </w:r>
            <w:proofErr w:type="gramEnd"/>
            <w:r w:rsidRPr="00665075">
              <w:rPr>
                <w:sz w:val="20"/>
                <w:szCs w:val="20"/>
              </w:rPr>
              <w:t>Крокодил  Гена  и  его  друзья»).Развитие  речи:  обучение  подробному пересказу по коллективно составленному плану</w:t>
            </w:r>
          </w:p>
        </w:tc>
        <w:tc>
          <w:tcPr>
            <w:tcW w:w="731" w:type="dxa"/>
          </w:tcPr>
          <w:p w14:paraId="6C479E76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29704A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69AA18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533CBF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F24188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0BB2A01C" w14:textId="77777777" w:rsidTr="00665075">
        <w:trPr>
          <w:trHeight w:val="477"/>
        </w:trPr>
        <w:tc>
          <w:tcPr>
            <w:tcW w:w="454" w:type="dxa"/>
          </w:tcPr>
          <w:p w14:paraId="7B747228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113.</w:t>
            </w:r>
          </w:p>
        </w:tc>
        <w:tc>
          <w:tcPr>
            <w:tcW w:w="3230" w:type="dxa"/>
          </w:tcPr>
          <w:p w14:paraId="3D4C552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Э.  Успенский.  «</w:t>
            </w:r>
            <w:proofErr w:type="gramStart"/>
            <w:r w:rsidRPr="00665075">
              <w:rPr>
                <w:sz w:val="20"/>
                <w:szCs w:val="20"/>
              </w:rPr>
              <w:t>Если  был</w:t>
            </w:r>
            <w:proofErr w:type="gramEnd"/>
            <w:r w:rsidRPr="00665075">
              <w:rPr>
                <w:sz w:val="20"/>
                <w:szCs w:val="20"/>
              </w:rPr>
              <w:t xml:space="preserve">  бы  я  девчонкой...»</w:t>
            </w:r>
          </w:p>
        </w:tc>
        <w:tc>
          <w:tcPr>
            <w:tcW w:w="731" w:type="dxa"/>
          </w:tcPr>
          <w:p w14:paraId="346C87E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2A55EC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D31362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3F6814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2CA733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1172B9A" w14:textId="77777777" w:rsidTr="00665075">
        <w:trPr>
          <w:trHeight w:val="477"/>
        </w:trPr>
        <w:tc>
          <w:tcPr>
            <w:tcW w:w="454" w:type="dxa"/>
          </w:tcPr>
          <w:p w14:paraId="5EB4FC35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114.</w:t>
            </w:r>
          </w:p>
        </w:tc>
        <w:tc>
          <w:tcPr>
            <w:tcW w:w="3230" w:type="dxa"/>
          </w:tcPr>
          <w:p w14:paraId="603C534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Э.     Успенский.     «Над     нашей     квартирой»</w:t>
            </w:r>
          </w:p>
        </w:tc>
        <w:tc>
          <w:tcPr>
            <w:tcW w:w="731" w:type="dxa"/>
          </w:tcPr>
          <w:p w14:paraId="05536BF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C628E4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BF9B4B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597298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321C1D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C5F58E6" w14:textId="77777777" w:rsidTr="00665075">
        <w:trPr>
          <w:trHeight w:val="477"/>
        </w:trPr>
        <w:tc>
          <w:tcPr>
            <w:tcW w:w="454" w:type="dxa"/>
          </w:tcPr>
          <w:p w14:paraId="50F09780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lastRenderedPageBreak/>
              <w:t>115.</w:t>
            </w:r>
          </w:p>
        </w:tc>
        <w:tc>
          <w:tcPr>
            <w:tcW w:w="3230" w:type="dxa"/>
          </w:tcPr>
          <w:p w14:paraId="38F0DA3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Э. Успенский. «Память»</w:t>
            </w:r>
          </w:p>
        </w:tc>
        <w:tc>
          <w:tcPr>
            <w:tcW w:w="731" w:type="dxa"/>
          </w:tcPr>
          <w:p w14:paraId="0AEFA20F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628D08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6D46B9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1E2F46B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6B86DF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92E0E4E" w14:textId="77777777" w:rsidTr="00665075">
        <w:trPr>
          <w:trHeight w:val="710"/>
        </w:trPr>
        <w:tc>
          <w:tcPr>
            <w:tcW w:w="454" w:type="dxa"/>
          </w:tcPr>
          <w:p w14:paraId="30E243ED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116.</w:t>
            </w:r>
          </w:p>
        </w:tc>
        <w:tc>
          <w:tcPr>
            <w:tcW w:w="3230" w:type="dxa"/>
          </w:tcPr>
          <w:p w14:paraId="7354A2C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Берестов. «Знакомый»</w:t>
            </w:r>
          </w:p>
        </w:tc>
        <w:tc>
          <w:tcPr>
            <w:tcW w:w="731" w:type="dxa"/>
          </w:tcPr>
          <w:p w14:paraId="10F68C2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D6BB3C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7DC733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F3CFF5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21C77D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74B61EE" w14:textId="77777777" w:rsidTr="00665075">
        <w:trPr>
          <w:trHeight w:val="477"/>
        </w:trPr>
        <w:tc>
          <w:tcPr>
            <w:tcW w:w="454" w:type="dxa"/>
          </w:tcPr>
          <w:p w14:paraId="66E79DB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117.</w:t>
            </w:r>
          </w:p>
        </w:tc>
        <w:tc>
          <w:tcPr>
            <w:tcW w:w="3230" w:type="dxa"/>
          </w:tcPr>
          <w:p w14:paraId="5E99D449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Берестов.  «Путешественники», «Кисточка»</w:t>
            </w:r>
          </w:p>
        </w:tc>
        <w:tc>
          <w:tcPr>
            <w:tcW w:w="731" w:type="dxa"/>
          </w:tcPr>
          <w:p w14:paraId="4E71E2D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2172DC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E446B4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1D3AAC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04A8E8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945E0A7" w14:textId="77777777" w:rsidTr="00665075">
        <w:trPr>
          <w:trHeight w:val="477"/>
        </w:trPr>
        <w:tc>
          <w:tcPr>
            <w:tcW w:w="454" w:type="dxa"/>
          </w:tcPr>
          <w:p w14:paraId="51F8D5D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118.</w:t>
            </w:r>
          </w:p>
        </w:tc>
        <w:tc>
          <w:tcPr>
            <w:tcW w:w="3230" w:type="dxa"/>
          </w:tcPr>
          <w:p w14:paraId="5230153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И. Токмакова. «</w:t>
            </w:r>
            <w:proofErr w:type="spellStart"/>
            <w:r w:rsidRPr="00665075">
              <w:rPr>
                <w:sz w:val="20"/>
                <w:szCs w:val="20"/>
              </w:rPr>
              <w:t>Плим</w:t>
            </w:r>
            <w:proofErr w:type="spellEnd"/>
            <w:r w:rsidRPr="00665075">
              <w:rPr>
                <w:sz w:val="20"/>
                <w:szCs w:val="20"/>
              </w:rPr>
              <w:t>», «В чудной стране»</w:t>
            </w:r>
          </w:p>
        </w:tc>
        <w:tc>
          <w:tcPr>
            <w:tcW w:w="731" w:type="dxa"/>
          </w:tcPr>
          <w:p w14:paraId="19AA8160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D3201A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2769CA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B6511A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F63231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0DD2625" w14:textId="77777777" w:rsidTr="00665075">
        <w:trPr>
          <w:trHeight w:val="477"/>
        </w:trPr>
        <w:tc>
          <w:tcPr>
            <w:tcW w:w="454" w:type="dxa"/>
          </w:tcPr>
          <w:p w14:paraId="78C84274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119.</w:t>
            </w:r>
          </w:p>
        </w:tc>
        <w:tc>
          <w:tcPr>
            <w:tcW w:w="3230" w:type="dxa"/>
          </w:tcPr>
          <w:p w14:paraId="35AA4989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Г. Остер. «Будем знакомы»</w:t>
            </w:r>
          </w:p>
        </w:tc>
        <w:tc>
          <w:tcPr>
            <w:tcW w:w="731" w:type="dxa"/>
          </w:tcPr>
          <w:p w14:paraId="60D3EE1A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D62336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7B5B266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2DDF0E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77078F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0A05A675" w14:textId="77777777" w:rsidTr="00665075">
        <w:trPr>
          <w:trHeight w:val="477"/>
        </w:trPr>
        <w:tc>
          <w:tcPr>
            <w:tcW w:w="454" w:type="dxa"/>
          </w:tcPr>
          <w:p w14:paraId="7F0D3CC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120.</w:t>
            </w:r>
          </w:p>
        </w:tc>
        <w:tc>
          <w:tcPr>
            <w:tcW w:w="3230" w:type="dxa"/>
          </w:tcPr>
          <w:p w14:paraId="39E2326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В.  Драгунский.  «</w:t>
            </w:r>
            <w:proofErr w:type="gramStart"/>
            <w:r w:rsidRPr="00665075">
              <w:rPr>
                <w:sz w:val="20"/>
                <w:szCs w:val="20"/>
              </w:rPr>
              <w:t>Тайное  становится</w:t>
            </w:r>
            <w:proofErr w:type="gramEnd"/>
            <w:r w:rsidRPr="00665075">
              <w:rPr>
                <w:sz w:val="20"/>
                <w:szCs w:val="20"/>
              </w:rPr>
              <w:t xml:space="preserve"> явным»</w:t>
            </w:r>
          </w:p>
        </w:tc>
        <w:tc>
          <w:tcPr>
            <w:tcW w:w="731" w:type="dxa"/>
          </w:tcPr>
          <w:p w14:paraId="35B48098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8B625A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ECE663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F34CFF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81BB54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Тестирование;</w:t>
            </w:r>
          </w:p>
        </w:tc>
      </w:tr>
      <w:tr w:rsidR="0077385B" w:rsidRPr="00665075" w14:paraId="1C1FB8EB" w14:textId="77777777" w:rsidTr="00665075">
        <w:trPr>
          <w:trHeight w:val="477"/>
        </w:trPr>
        <w:tc>
          <w:tcPr>
            <w:tcW w:w="454" w:type="dxa"/>
          </w:tcPr>
          <w:p w14:paraId="15CF8530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121.</w:t>
            </w:r>
          </w:p>
        </w:tc>
        <w:tc>
          <w:tcPr>
            <w:tcW w:w="3230" w:type="dxa"/>
          </w:tcPr>
          <w:p w14:paraId="55353C2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Внеклассное чтение</w:t>
            </w:r>
          </w:p>
        </w:tc>
        <w:tc>
          <w:tcPr>
            <w:tcW w:w="731" w:type="dxa"/>
          </w:tcPr>
          <w:p w14:paraId="7650B8F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1D3F88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BF21A0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1DC4C5D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B6A67D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70AEA23" w14:textId="77777777" w:rsidTr="00665075">
        <w:trPr>
          <w:trHeight w:val="477"/>
        </w:trPr>
        <w:tc>
          <w:tcPr>
            <w:tcW w:w="454" w:type="dxa"/>
          </w:tcPr>
          <w:p w14:paraId="0805E03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122.</w:t>
            </w:r>
          </w:p>
        </w:tc>
        <w:tc>
          <w:tcPr>
            <w:tcW w:w="3230" w:type="dxa"/>
          </w:tcPr>
          <w:p w14:paraId="64779DCE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 по  разделу  «И  в  шутку  и  всерьёз»</w:t>
            </w:r>
          </w:p>
        </w:tc>
        <w:tc>
          <w:tcPr>
            <w:tcW w:w="731" w:type="dxa"/>
          </w:tcPr>
          <w:p w14:paraId="5BEDE364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0396152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4457798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ADD273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1369BF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473158F4" w14:textId="77777777" w:rsidTr="00665075">
        <w:trPr>
          <w:trHeight w:val="477"/>
        </w:trPr>
        <w:tc>
          <w:tcPr>
            <w:tcW w:w="454" w:type="dxa"/>
          </w:tcPr>
          <w:p w14:paraId="28C52785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123.</w:t>
            </w:r>
          </w:p>
        </w:tc>
        <w:tc>
          <w:tcPr>
            <w:tcW w:w="3230" w:type="dxa"/>
          </w:tcPr>
          <w:p w14:paraId="2E89D4E3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Знакомство  с</w:t>
            </w:r>
            <w:proofErr w:type="gramEnd"/>
            <w:r w:rsidRPr="00665075">
              <w:rPr>
                <w:sz w:val="20"/>
                <w:szCs w:val="20"/>
              </w:rPr>
              <w:t xml:space="preserve">  названием  раздела.    Прогнозирование    содержания   раздела.   Выставка   книг. Развитие   </w:t>
            </w:r>
            <w:proofErr w:type="gramStart"/>
            <w:r w:rsidRPr="00665075">
              <w:rPr>
                <w:sz w:val="20"/>
                <w:szCs w:val="20"/>
              </w:rPr>
              <w:t xml:space="preserve">речи:   </w:t>
            </w:r>
            <w:proofErr w:type="gramEnd"/>
            <w:r w:rsidRPr="00665075">
              <w:rPr>
                <w:sz w:val="20"/>
                <w:szCs w:val="20"/>
              </w:rPr>
              <w:t>восстановление  сюжета  знакомых  сказок  по иллюстрациям</w:t>
            </w:r>
          </w:p>
        </w:tc>
        <w:tc>
          <w:tcPr>
            <w:tcW w:w="731" w:type="dxa"/>
          </w:tcPr>
          <w:p w14:paraId="78B8CB7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6461E37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A5FA98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2F7E92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BB844B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479BD0F" w14:textId="77777777" w:rsidTr="00665075">
        <w:trPr>
          <w:trHeight w:val="1112"/>
        </w:trPr>
        <w:tc>
          <w:tcPr>
            <w:tcW w:w="454" w:type="dxa"/>
          </w:tcPr>
          <w:p w14:paraId="4B2E6A1F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124.</w:t>
            </w:r>
          </w:p>
        </w:tc>
        <w:tc>
          <w:tcPr>
            <w:tcW w:w="3230" w:type="dxa"/>
          </w:tcPr>
          <w:p w14:paraId="4EAA0D2A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Американская   народная   песенка «Бульдог по кличке Дог»</w:t>
            </w:r>
          </w:p>
        </w:tc>
        <w:tc>
          <w:tcPr>
            <w:tcW w:w="731" w:type="dxa"/>
          </w:tcPr>
          <w:p w14:paraId="6CC7DF4B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ACE34A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3C801E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AFDDD1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816F9C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E6DB5FB" w14:textId="77777777" w:rsidTr="00665075">
        <w:trPr>
          <w:trHeight w:val="477"/>
        </w:trPr>
        <w:tc>
          <w:tcPr>
            <w:tcW w:w="454" w:type="dxa"/>
          </w:tcPr>
          <w:p w14:paraId="3D56B9E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125.</w:t>
            </w:r>
          </w:p>
        </w:tc>
        <w:tc>
          <w:tcPr>
            <w:tcW w:w="3230" w:type="dxa"/>
          </w:tcPr>
          <w:p w14:paraId="4326710A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Английские     народные     песенки</w:t>
            </w:r>
            <w:proofErr w:type="gramStart"/>
            <w:r w:rsidRPr="00665075">
              <w:rPr>
                <w:sz w:val="20"/>
                <w:szCs w:val="20"/>
              </w:rPr>
              <w:t xml:space="preserve">   «</w:t>
            </w:r>
            <w:proofErr w:type="gramEnd"/>
            <w:r w:rsidRPr="00665075">
              <w:rPr>
                <w:sz w:val="20"/>
                <w:szCs w:val="20"/>
              </w:rPr>
              <w:t>Перчатки»,   «Храбрецы»  (перевод  К.  Чуковского</w:t>
            </w:r>
            <w:proofErr w:type="gramStart"/>
            <w:r w:rsidRPr="00665075">
              <w:rPr>
                <w:sz w:val="20"/>
                <w:szCs w:val="20"/>
              </w:rPr>
              <w:t>),  «</w:t>
            </w:r>
            <w:proofErr w:type="gramEnd"/>
            <w:r w:rsidRPr="00665075">
              <w:rPr>
                <w:sz w:val="20"/>
                <w:szCs w:val="20"/>
              </w:rPr>
              <w:t>Храбрецы» (перевод С. Маршака)</w:t>
            </w:r>
          </w:p>
        </w:tc>
        <w:tc>
          <w:tcPr>
            <w:tcW w:w="731" w:type="dxa"/>
          </w:tcPr>
          <w:p w14:paraId="34CB6739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A43C05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43679C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8EAE61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688F00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68A856F" w14:textId="77777777" w:rsidTr="00665075">
        <w:trPr>
          <w:trHeight w:val="477"/>
        </w:trPr>
        <w:tc>
          <w:tcPr>
            <w:tcW w:w="454" w:type="dxa"/>
          </w:tcPr>
          <w:p w14:paraId="11EB2BD0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126.</w:t>
            </w:r>
          </w:p>
        </w:tc>
        <w:tc>
          <w:tcPr>
            <w:tcW w:w="3230" w:type="dxa"/>
          </w:tcPr>
          <w:p w14:paraId="05FC84EF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Французская  народная</w:t>
            </w:r>
            <w:proofErr w:type="gramEnd"/>
            <w:r w:rsidRPr="00665075">
              <w:rPr>
                <w:sz w:val="20"/>
                <w:szCs w:val="20"/>
              </w:rPr>
              <w:t xml:space="preserve">  песенка «</w:t>
            </w:r>
            <w:proofErr w:type="spellStart"/>
            <w:r w:rsidRPr="00665075">
              <w:rPr>
                <w:sz w:val="20"/>
                <w:szCs w:val="20"/>
              </w:rPr>
              <w:t>Сюзон</w:t>
            </w:r>
            <w:proofErr w:type="spellEnd"/>
            <w:r w:rsidRPr="00665075">
              <w:rPr>
                <w:sz w:val="20"/>
                <w:szCs w:val="20"/>
              </w:rPr>
              <w:t xml:space="preserve"> и мотылёк», немецкая  народная  песенка  «Знают  мамы, знают дети»</w:t>
            </w:r>
          </w:p>
        </w:tc>
        <w:tc>
          <w:tcPr>
            <w:tcW w:w="731" w:type="dxa"/>
          </w:tcPr>
          <w:p w14:paraId="43848B68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4EE4F2A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403E547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23AA0D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E3807A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18EA73A" w14:textId="77777777" w:rsidTr="00665075">
        <w:trPr>
          <w:trHeight w:val="477"/>
        </w:trPr>
        <w:tc>
          <w:tcPr>
            <w:tcW w:w="454" w:type="dxa"/>
          </w:tcPr>
          <w:p w14:paraId="5B2DBF2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127.</w:t>
            </w:r>
          </w:p>
        </w:tc>
        <w:tc>
          <w:tcPr>
            <w:tcW w:w="3230" w:type="dxa"/>
          </w:tcPr>
          <w:p w14:paraId="050B0E1E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Ш. Перро. «Кот в сапогах».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14294B4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F3A778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10761F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346DD6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0A7D47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BF40BB5" w14:textId="77777777" w:rsidTr="00665075">
        <w:trPr>
          <w:trHeight w:val="477"/>
        </w:trPr>
        <w:tc>
          <w:tcPr>
            <w:tcW w:w="454" w:type="dxa"/>
          </w:tcPr>
          <w:p w14:paraId="08B25FB9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128.</w:t>
            </w:r>
          </w:p>
        </w:tc>
        <w:tc>
          <w:tcPr>
            <w:tcW w:w="3230" w:type="dxa"/>
          </w:tcPr>
          <w:p w14:paraId="3E0EF53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Ш. Перро. «Кот в сапогах».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5EE294A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56E8C3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D04D10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CD3A6D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0EB5B52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86F30A8" w14:textId="77777777" w:rsidTr="00665075">
        <w:trPr>
          <w:trHeight w:val="477"/>
        </w:trPr>
        <w:tc>
          <w:tcPr>
            <w:tcW w:w="454" w:type="dxa"/>
          </w:tcPr>
          <w:p w14:paraId="0C721DD6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129.</w:t>
            </w:r>
          </w:p>
        </w:tc>
        <w:tc>
          <w:tcPr>
            <w:tcW w:w="3230" w:type="dxa"/>
          </w:tcPr>
          <w:p w14:paraId="10EF509E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 xml:space="preserve">Ш. Перро. «Кот в сапогах». </w:t>
            </w:r>
            <w:proofErr w:type="gramStart"/>
            <w:r w:rsidRPr="00665075">
              <w:rPr>
                <w:sz w:val="20"/>
                <w:szCs w:val="20"/>
              </w:rPr>
              <w:t>Развитие  речи</w:t>
            </w:r>
            <w:proofErr w:type="gramEnd"/>
            <w:r w:rsidRPr="00665075">
              <w:rPr>
                <w:sz w:val="20"/>
                <w:szCs w:val="20"/>
              </w:rPr>
              <w:t>:  обучение  выборочному пересказу</w:t>
            </w:r>
          </w:p>
        </w:tc>
        <w:tc>
          <w:tcPr>
            <w:tcW w:w="731" w:type="dxa"/>
          </w:tcPr>
          <w:p w14:paraId="47F487E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0B0D8B5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21A7892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33469E3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730DBD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7BFED949" w14:textId="77777777" w:rsidTr="00665075">
        <w:trPr>
          <w:trHeight w:val="477"/>
        </w:trPr>
        <w:tc>
          <w:tcPr>
            <w:tcW w:w="454" w:type="dxa"/>
          </w:tcPr>
          <w:p w14:paraId="0CAA7D8B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130.</w:t>
            </w:r>
          </w:p>
        </w:tc>
        <w:tc>
          <w:tcPr>
            <w:tcW w:w="3230" w:type="dxa"/>
          </w:tcPr>
          <w:p w14:paraId="039EEF2D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Ш. Перро. «Красная Шапочка» Е. Шварц. Пьеса «Красная Шапочка»</w:t>
            </w:r>
          </w:p>
        </w:tc>
        <w:tc>
          <w:tcPr>
            <w:tcW w:w="731" w:type="dxa"/>
          </w:tcPr>
          <w:p w14:paraId="034A553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5B4A80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E9DF39A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C971F2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C921A1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669E44A3" w14:textId="77777777" w:rsidTr="00665075">
        <w:trPr>
          <w:trHeight w:val="1240"/>
        </w:trPr>
        <w:tc>
          <w:tcPr>
            <w:tcW w:w="454" w:type="dxa"/>
          </w:tcPr>
          <w:p w14:paraId="7AE2C0EC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131.</w:t>
            </w:r>
          </w:p>
        </w:tc>
        <w:tc>
          <w:tcPr>
            <w:tcW w:w="3230" w:type="dxa"/>
          </w:tcPr>
          <w:p w14:paraId="6810243B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Г. Х. Андерсен. «Принцесса на горошине»</w:t>
            </w:r>
          </w:p>
        </w:tc>
        <w:tc>
          <w:tcPr>
            <w:tcW w:w="731" w:type="dxa"/>
          </w:tcPr>
          <w:p w14:paraId="4E4AC71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25C3DD0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66020C3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79B4AD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1B92B7B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32ABD969" w14:textId="77777777" w:rsidTr="00665075">
        <w:trPr>
          <w:trHeight w:val="477"/>
        </w:trPr>
        <w:tc>
          <w:tcPr>
            <w:tcW w:w="454" w:type="dxa"/>
          </w:tcPr>
          <w:p w14:paraId="60BC0FA8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132.</w:t>
            </w:r>
          </w:p>
        </w:tc>
        <w:tc>
          <w:tcPr>
            <w:tcW w:w="3230" w:type="dxa"/>
          </w:tcPr>
          <w:p w14:paraId="29B19632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Э. Хогарт. «</w:t>
            </w:r>
            <w:proofErr w:type="spellStart"/>
            <w:r w:rsidRPr="00665075">
              <w:rPr>
                <w:sz w:val="20"/>
                <w:szCs w:val="20"/>
              </w:rPr>
              <w:t>Мафин</w:t>
            </w:r>
            <w:proofErr w:type="spellEnd"/>
            <w:r w:rsidRPr="00665075">
              <w:rPr>
                <w:sz w:val="20"/>
                <w:szCs w:val="20"/>
              </w:rPr>
              <w:t xml:space="preserve"> и паук»</w:t>
            </w:r>
          </w:p>
        </w:tc>
        <w:tc>
          <w:tcPr>
            <w:tcW w:w="731" w:type="dxa"/>
          </w:tcPr>
          <w:p w14:paraId="1CDBC0CD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35803AA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1356419B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6F1F883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27BA571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42D63012" w14:textId="77777777" w:rsidTr="00665075">
        <w:trPr>
          <w:trHeight w:val="477"/>
        </w:trPr>
        <w:tc>
          <w:tcPr>
            <w:tcW w:w="454" w:type="dxa"/>
          </w:tcPr>
          <w:p w14:paraId="05C052A3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133.</w:t>
            </w:r>
          </w:p>
        </w:tc>
        <w:tc>
          <w:tcPr>
            <w:tcW w:w="3230" w:type="dxa"/>
          </w:tcPr>
          <w:p w14:paraId="3E2EE140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Э. Хогарт. «</w:t>
            </w:r>
            <w:proofErr w:type="spellStart"/>
            <w:r w:rsidRPr="00665075">
              <w:rPr>
                <w:sz w:val="20"/>
                <w:szCs w:val="20"/>
              </w:rPr>
              <w:t>Мафин</w:t>
            </w:r>
            <w:proofErr w:type="spellEnd"/>
            <w:r w:rsidRPr="00665075">
              <w:rPr>
                <w:sz w:val="20"/>
                <w:szCs w:val="20"/>
              </w:rPr>
              <w:t xml:space="preserve"> и паук»</w:t>
            </w:r>
          </w:p>
        </w:tc>
        <w:tc>
          <w:tcPr>
            <w:tcW w:w="731" w:type="dxa"/>
          </w:tcPr>
          <w:p w14:paraId="27842A45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45660A0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50C59F8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48851FB5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361E48A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Письменный контроль;</w:t>
            </w:r>
          </w:p>
        </w:tc>
      </w:tr>
      <w:tr w:rsidR="0077385B" w:rsidRPr="00665075" w14:paraId="5D2C975E" w14:textId="77777777" w:rsidTr="00665075">
        <w:trPr>
          <w:trHeight w:val="477"/>
        </w:trPr>
        <w:tc>
          <w:tcPr>
            <w:tcW w:w="454" w:type="dxa"/>
          </w:tcPr>
          <w:p w14:paraId="2DFEF09E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134.</w:t>
            </w:r>
          </w:p>
        </w:tc>
        <w:tc>
          <w:tcPr>
            <w:tcW w:w="3230" w:type="dxa"/>
          </w:tcPr>
          <w:p w14:paraId="28619B37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Внеклассное чтение</w:t>
            </w:r>
          </w:p>
        </w:tc>
        <w:tc>
          <w:tcPr>
            <w:tcW w:w="731" w:type="dxa"/>
          </w:tcPr>
          <w:p w14:paraId="438C6133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7B79C1A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09074BF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77F9CEA4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4579653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283D1733" w14:textId="77777777" w:rsidTr="00665075">
        <w:trPr>
          <w:trHeight w:val="477"/>
        </w:trPr>
        <w:tc>
          <w:tcPr>
            <w:tcW w:w="454" w:type="dxa"/>
          </w:tcPr>
          <w:p w14:paraId="12B7C752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135.</w:t>
            </w:r>
          </w:p>
        </w:tc>
        <w:tc>
          <w:tcPr>
            <w:tcW w:w="3230" w:type="dxa"/>
          </w:tcPr>
          <w:p w14:paraId="2F6643EC" w14:textId="77777777" w:rsidR="0077385B" w:rsidRPr="00665075" w:rsidRDefault="0077385B" w:rsidP="00665075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665075">
              <w:rPr>
                <w:sz w:val="20"/>
                <w:szCs w:val="20"/>
              </w:rPr>
              <w:t>Обобщение  и</w:t>
            </w:r>
            <w:proofErr w:type="gramEnd"/>
            <w:r w:rsidRPr="00665075">
              <w:rPr>
                <w:sz w:val="20"/>
                <w:szCs w:val="20"/>
              </w:rPr>
              <w:t xml:space="preserve">  проверка  знаний   по   разделу   «Литература   зарубежных стран»</w:t>
            </w:r>
          </w:p>
        </w:tc>
        <w:tc>
          <w:tcPr>
            <w:tcW w:w="731" w:type="dxa"/>
          </w:tcPr>
          <w:p w14:paraId="014871E1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5345809B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</w:tcPr>
          <w:p w14:paraId="2C63992C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03F7EA48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58E36F99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Контрольная работа;</w:t>
            </w:r>
          </w:p>
        </w:tc>
      </w:tr>
      <w:tr w:rsidR="0077385B" w:rsidRPr="00665075" w14:paraId="76B4E909" w14:textId="77777777" w:rsidTr="00665075">
        <w:trPr>
          <w:trHeight w:val="477"/>
        </w:trPr>
        <w:tc>
          <w:tcPr>
            <w:tcW w:w="454" w:type="dxa"/>
          </w:tcPr>
          <w:p w14:paraId="4AAFD878" w14:textId="77777777" w:rsidR="0077385B" w:rsidRPr="00665075" w:rsidRDefault="0077385B" w:rsidP="00665075">
            <w:pPr>
              <w:pStyle w:val="TableParagraph"/>
              <w:ind w:left="76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136.</w:t>
            </w:r>
          </w:p>
        </w:tc>
        <w:tc>
          <w:tcPr>
            <w:tcW w:w="3230" w:type="dxa"/>
          </w:tcPr>
          <w:p w14:paraId="57103E5F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Резервный урок</w:t>
            </w:r>
          </w:p>
        </w:tc>
        <w:tc>
          <w:tcPr>
            <w:tcW w:w="731" w:type="dxa"/>
          </w:tcPr>
          <w:p w14:paraId="2535A6FE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</w:t>
            </w:r>
          </w:p>
        </w:tc>
        <w:tc>
          <w:tcPr>
            <w:tcW w:w="1619" w:type="dxa"/>
          </w:tcPr>
          <w:p w14:paraId="16542801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0" w:type="dxa"/>
          </w:tcPr>
          <w:p w14:paraId="358F7E0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5CE21626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878A092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Устный опрос;</w:t>
            </w:r>
          </w:p>
        </w:tc>
      </w:tr>
      <w:tr w:rsidR="0077385B" w:rsidRPr="00665075" w14:paraId="1D2AECC8" w14:textId="77777777" w:rsidTr="00270998">
        <w:trPr>
          <w:trHeight w:val="813"/>
        </w:trPr>
        <w:tc>
          <w:tcPr>
            <w:tcW w:w="3684" w:type="dxa"/>
            <w:gridSpan w:val="2"/>
          </w:tcPr>
          <w:p w14:paraId="155D02F8" w14:textId="77777777" w:rsidR="0077385B" w:rsidRPr="00665075" w:rsidRDefault="0077385B" w:rsidP="00665075">
            <w:pPr>
              <w:pStyle w:val="TableParagraph"/>
              <w:ind w:left="76" w:right="18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ОБЩЕЕ</w:t>
            </w:r>
            <w:r w:rsidRPr="00665075">
              <w:rPr>
                <w:spacing w:val="-8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КОЛИЧЕСТВО</w:t>
            </w:r>
            <w:r w:rsidRPr="00665075">
              <w:rPr>
                <w:spacing w:val="-8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ЧАСОВ</w:t>
            </w:r>
            <w:r w:rsidRPr="00665075">
              <w:rPr>
                <w:spacing w:val="-57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ПО</w:t>
            </w:r>
            <w:r w:rsidRPr="00665075">
              <w:rPr>
                <w:spacing w:val="-2"/>
                <w:sz w:val="20"/>
                <w:szCs w:val="20"/>
              </w:rPr>
              <w:t xml:space="preserve"> </w:t>
            </w:r>
            <w:r w:rsidRPr="00665075">
              <w:rPr>
                <w:sz w:val="20"/>
                <w:szCs w:val="20"/>
              </w:rPr>
              <w:t>ПРОГРАММЕ</w:t>
            </w:r>
          </w:p>
        </w:tc>
        <w:tc>
          <w:tcPr>
            <w:tcW w:w="731" w:type="dxa"/>
          </w:tcPr>
          <w:p w14:paraId="2C47B1F2" w14:textId="77777777" w:rsidR="0077385B" w:rsidRPr="00665075" w:rsidRDefault="0077385B" w:rsidP="00665075">
            <w:pPr>
              <w:pStyle w:val="TableParagraph"/>
              <w:ind w:left="77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136</w:t>
            </w:r>
          </w:p>
        </w:tc>
        <w:tc>
          <w:tcPr>
            <w:tcW w:w="1619" w:type="dxa"/>
          </w:tcPr>
          <w:p w14:paraId="55826030" w14:textId="77777777" w:rsidR="0077385B" w:rsidRPr="00665075" w:rsidRDefault="0077385B" w:rsidP="00665075">
            <w:pPr>
              <w:pStyle w:val="TableParagraph"/>
              <w:ind w:left="78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11</w:t>
            </w: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05B0F206" w14:textId="77777777" w:rsidR="0077385B" w:rsidRPr="00665075" w:rsidRDefault="0077385B" w:rsidP="00665075">
            <w:pPr>
              <w:pStyle w:val="TableParagraph"/>
              <w:jc w:val="center"/>
              <w:rPr>
                <w:sz w:val="20"/>
                <w:szCs w:val="20"/>
              </w:rPr>
            </w:pPr>
            <w:r w:rsidRPr="00665075">
              <w:rPr>
                <w:sz w:val="20"/>
                <w:szCs w:val="20"/>
              </w:rPr>
              <w:t>3</w:t>
            </w:r>
          </w:p>
        </w:tc>
        <w:tc>
          <w:tcPr>
            <w:tcW w:w="2842" w:type="dxa"/>
            <w:gridSpan w:val="2"/>
            <w:tcBorders>
              <w:left w:val="single" w:sz="4" w:space="0" w:color="auto"/>
            </w:tcBorders>
          </w:tcPr>
          <w:p w14:paraId="704188D3" w14:textId="77777777" w:rsidR="0077385B" w:rsidRPr="00665075" w:rsidRDefault="0077385B" w:rsidP="00665075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12CA7E50" w14:textId="77777777" w:rsidR="0077385B" w:rsidRPr="00665075" w:rsidRDefault="0077385B" w:rsidP="0066507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77385B" w:rsidRPr="00665075">
          <w:pgSz w:w="11900" w:h="16840"/>
          <w:pgMar w:top="560" w:right="560" w:bottom="280" w:left="560" w:header="720" w:footer="720" w:gutter="0"/>
          <w:cols w:space="720"/>
        </w:sectPr>
      </w:pPr>
    </w:p>
    <w:p w14:paraId="7D5C8BBD" w14:textId="77777777" w:rsidR="0077385B" w:rsidRPr="00665075" w:rsidRDefault="00FC236C" w:rsidP="00665075">
      <w:pPr>
        <w:spacing w:after="0" w:line="240" w:lineRule="auto"/>
        <w:ind w:left="106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pict w14:anchorId="0A570A4E">
          <v:rect id="Rectangle 3" o:spid="_x0000_s1028" style="position:absolute;left:0;text-align:left;margin-left:33.3pt;margin-top:22.9pt;width:528.15pt;height:.6pt;z-index:-2516572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T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K0S89N3AgAA+QQAAA4A&#10;AAAAAAAAAAAAAAAALgIAAGRycy9lMm9Eb2MueG1sUEsBAi0AFAAGAAgAAAAhANaxIAzfAAAACQEA&#10;AA8AAAAAAAAAAAAAAAAA0QQAAGRycy9kb3ducmV2LnhtbFBLBQYAAAAABAAEAPMAAADdBQAAAAA=&#10;" fillcolor="black" stroked="f">
            <w10:wrap type="topAndBottom" anchorx="page"/>
          </v:rect>
        </w:pict>
      </w:r>
      <w:r w:rsidR="0077385B" w:rsidRPr="00665075">
        <w:rPr>
          <w:rFonts w:ascii="Times New Roman" w:hAnsi="Times New Roman" w:cs="Times New Roman"/>
          <w:b/>
          <w:sz w:val="20"/>
          <w:szCs w:val="20"/>
          <w:lang w:val="ru-RU"/>
        </w:rPr>
        <w:t>УЧЕБНО-МЕТОДИЧЕСКОЕ</w:t>
      </w:r>
      <w:r w:rsidR="0077385B" w:rsidRPr="00665075">
        <w:rPr>
          <w:rFonts w:ascii="Times New Roman" w:hAnsi="Times New Roman" w:cs="Times New Roman"/>
          <w:b/>
          <w:spacing w:val="-13"/>
          <w:sz w:val="20"/>
          <w:szCs w:val="20"/>
          <w:lang w:val="ru-RU"/>
        </w:rPr>
        <w:t xml:space="preserve"> </w:t>
      </w:r>
      <w:r w:rsidR="0077385B" w:rsidRPr="00665075">
        <w:rPr>
          <w:rFonts w:ascii="Times New Roman" w:hAnsi="Times New Roman" w:cs="Times New Roman"/>
          <w:b/>
          <w:sz w:val="20"/>
          <w:szCs w:val="20"/>
          <w:lang w:val="ru-RU"/>
        </w:rPr>
        <w:t>ОБЕСПЕЧЕНИЕ</w:t>
      </w:r>
      <w:r w:rsidR="0077385B" w:rsidRPr="00665075">
        <w:rPr>
          <w:rFonts w:ascii="Times New Roman" w:hAnsi="Times New Roman" w:cs="Times New Roman"/>
          <w:b/>
          <w:spacing w:val="-12"/>
          <w:sz w:val="20"/>
          <w:szCs w:val="20"/>
          <w:lang w:val="ru-RU"/>
        </w:rPr>
        <w:t xml:space="preserve"> </w:t>
      </w:r>
      <w:r w:rsidR="0077385B" w:rsidRPr="00665075">
        <w:rPr>
          <w:rFonts w:ascii="Times New Roman" w:hAnsi="Times New Roman" w:cs="Times New Roman"/>
          <w:b/>
          <w:sz w:val="20"/>
          <w:szCs w:val="20"/>
          <w:lang w:val="ru-RU"/>
        </w:rPr>
        <w:t>ОБРАЗОВАТЕЛЬНОГО</w:t>
      </w:r>
      <w:r w:rsidR="0077385B" w:rsidRPr="00665075">
        <w:rPr>
          <w:rFonts w:ascii="Times New Roman" w:hAnsi="Times New Roman" w:cs="Times New Roman"/>
          <w:b/>
          <w:spacing w:val="-13"/>
          <w:sz w:val="20"/>
          <w:szCs w:val="20"/>
          <w:lang w:val="ru-RU"/>
        </w:rPr>
        <w:t xml:space="preserve"> </w:t>
      </w:r>
      <w:r w:rsidR="0077385B" w:rsidRPr="00665075">
        <w:rPr>
          <w:rFonts w:ascii="Times New Roman" w:hAnsi="Times New Roman" w:cs="Times New Roman"/>
          <w:b/>
          <w:sz w:val="20"/>
          <w:szCs w:val="20"/>
          <w:lang w:val="ru-RU"/>
        </w:rPr>
        <w:t>ПРОЦЕССА</w:t>
      </w:r>
    </w:p>
    <w:p w14:paraId="6269D934" w14:textId="77777777" w:rsidR="0077385B" w:rsidRPr="00665075" w:rsidRDefault="0077385B" w:rsidP="006650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ОБЯЗАТЕЛЬНЫЕ</w:t>
      </w:r>
      <w:r w:rsidRPr="00665075">
        <w:rPr>
          <w:rFonts w:ascii="Times New Roman" w:hAnsi="Times New Roman" w:cs="Times New Roman"/>
          <w:color w:val="auto"/>
          <w:spacing w:val="-8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УЧЕБНЫЕ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МАТЕРИАЛЫ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ДЛЯ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УЧЕНИКА</w:t>
      </w:r>
    </w:p>
    <w:p w14:paraId="11BE905C" w14:textId="77777777" w:rsidR="0077385B" w:rsidRPr="00665075" w:rsidRDefault="0077385B" w:rsidP="00665075">
      <w:pPr>
        <w:pStyle w:val="af"/>
        <w:spacing w:after="0" w:line="240" w:lineRule="auto"/>
        <w:ind w:left="106" w:right="14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>Климанова Л.Ф., Горецкий В.Г., Голованова М.В. и другие, Литературное чтение. Учебник.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2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класс.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Акционерное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общество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«Издательство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«Просвещение»;</w:t>
      </w:r>
    </w:p>
    <w:p w14:paraId="56B4E58C" w14:textId="77777777" w:rsidR="0077385B" w:rsidRPr="00665075" w:rsidRDefault="0077385B" w:rsidP="00665075">
      <w:pPr>
        <w:pStyle w:val="af"/>
        <w:spacing w:after="0" w:line="240" w:lineRule="auto"/>
        <w:ind w:left="106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>Климанова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Л.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Ф.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Чтение.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Рабочая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тетрадь.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2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класс.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</w:p>
    <w:p w14:paraId="74D71AAD" w14:textId="77777777" w:rsidR="0077385B" w:rsidRPr="00665075" w:rsidRDefault="0077385B" w:rsidP="00665075">
      <w:pPr>
        <w:pStyle w:val="af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7B27517C" w14:textId="77777777" w:rsidR="0077385B" w:rsidRPr="00665075" w:rsidRDefault="0077385B" w:rsidP="006650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МЕТОДИЧЕСКИЕ</w:t>
      </w:r>
      <w:r w:rsidRPr="00665075">
        <w:rPr>
          <w:rFonts w:ascii="Times New Roman" w:hAnsi="Times New Roman" w:cs="Times New Roman"/>
          <w:color w:val="auto"/>
          <w:spacing w:val="-8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МАТЕРИАЛЫ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ДЛЯ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УЧИТЕЛЯ</w:t>
      </w:r>
    </w:p>
    <w:p w14:paraId="2E6DFEF4" w14:textId="77777777" w:rsidR="0077385B" w:rsidRPr="00665075" w:rsidRDefault="0077385B" w:rsidP="00665075">
      <w:pPr>
        <w:pStyle w:val="af"/>
        <w:spacing w:after="0" w:line="240" w:lineRule="auto"/>
        <w:ind w:left="106" w:right="903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 xml:space="preserve">Литературное чтение. Рабочие программы 1 – 4 классы: Пособие для учителей </w:t>
      </w:r>
      <w:proofErr w:type="spellStart"/>
      <w:r w:rsidRPr="00665075">
        <w:rPr>
          <w:rFonts w:ascii="Times New Roman" w:hAnsi="Times New Roman" w:cs="Times New Roman"/>
          <w:sz w:val="20"/>
          <w:szCs w:val="20"/>
          <w:lang w:val="ru-RU"/>
        </w:rPr>
        <w:t>общеобразоват</w:t>
      </w:r>
      <w:proofErr w:type="spellEnd"/>
      <w:r w:rsidRPr="00665075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665075">
        <w:rPr>
          <w:rFonts w:ascii="Times New Roman" w:hAnsi="Times New Roman" w:cs="Times New Roman"/>
          <w:spacing w:val="-58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учреждений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/Л.Ф. Климанова,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 xml:space="preserve">М.В. </w:t>
      </w:r>
      <w:proofErr w:type="spellStart"/>
      <w:r w:rsidRPr="00665075">
        <w:rPr>
          <w:rFonts w:ascii="Times New Roman" w:hAnsi="Times New Roman" w:cs="Times New Roman"/>
          <w:sz w:val="20"/>
          <w:szCs w:val="20"/>
          <w:lang w:val="ru-RU"/>
        </w:rPr>
        <w:t>Бойкина</w:t>
      </w:r>
      <w:proofErr w:type="spellEnd"/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proofErr w:type="spellStart"/>
      <w:proofErr w:type="gramStart"/>
      <w:r w:rsidRPr="00665075">
        <w:rPr>
          <w:rFonts w:ascii="Times New Roman" w:hAnsi="Times New Roman" w:cs="Times New Roman"/>
          <w:sz w:val="20"/>
          <w:szCs w:val="20"/>
          <w:lang w:val="ru-RU"/>
        </w:rPr>
        <w:t>М.:Просвещение</w:t>
      </w:r>
      <w:proofErr w:type="spellEnd"/>
      <w:proofErr w:type="gramEnd"/>
      <w:r w:rsidRPr="00665075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665075">
        <w:rPr>
          <w:rFonts w:ascii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2011</w:t>
      </w:r>
    </w:p>
    <w:p w14:paraId="4CDAA8B0" w14:textId="77777777" w:rsidR="0077385B" w:rsidRPr="00665075" w:rsidRDefault="0077385B" w:rsidP="00665075">
      <w:pPr>
        <w:pStyle w:val="af"/>
        <w:spacing w:after="0" w:line="240" w:lineRule="auto"/>
        <w:ind w:left="106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>Поурочные</w:t>
      </w:r>
      <w:r w:rsidRPr="00665075">
        <w:rPr>
          <w:rFonts w:ascii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разработки.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2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 xml:space="preserve">класс. Климанова Л. Ф., Горецкий В. Г., Голованова М. В. Литературное чтение. </w:t>
      </w:r>
    </w:p>
    <w:p w14:paraId="7B863DCD" w14:textId="77777777" w:rsidR="0077385B" w:rsidRPr="00665075" w:rsidRDefault="0077385B" w:rsidP="006650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ЦИФРОВЫЕ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ОБРАЗОВАТЕЛЬНЫЕ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РЕСУРСЫ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И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РЕСУРСЫ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СЕТИ</w:t>
      </w:r>
      <w:r w:rsidRPr="00665075">
        <w:rPr>
          <w:rFonts w:ascii="Times New Roman" w:hAnsi="Times New Roman" w:cs="Times New Roman"/>
          <w:color w:val="auto"/>
          <w:spacing w:val="-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ИНТЕРНЕТ</w:t>
      </w:r>
    </w:p>
    <w:p w14:paraId="67FDE7D1" w14:textId="77777777" w:rsidR="0077385B" w:rsidRPr="00665075" w:rsidRDefault="0077385B" w:rsidP="00665075">
      <w:pPr>
        <w:pStyle w:val="af"/>
        <w:spacing w:after="0" w:line="240" w:lineRule="auto"/>
        <w:ind w:left="106"/>
        <w:rPr>
          <w:rFonts w:ascii="Times New Roman" w:hAnsi="Times New Roman" w:cs="Times New Roman"/>
          <w:spacing w:val="-5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>Электронные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библиотеки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(</w:t>
      </w:r>
      <w:hyperlink r:id="rId53">
        <w:r w:rsidRPr="00665075">
          <w:rPr>
            <w:rFonts w:ascii="Times New Roman" w:hAnsi="Times New Roman" w:cs="Times New Roman"/>
            <w:sz w:val="20"/>
            <w:szCs w:val="20"/>
          </w:rPr>
          <w:t>www</w:t>
        </w:r>
        <w:r w:rsidRPr="00665075">
          <w:rPr>
            <w:rFonts w:ascii="Times New Roman" w:hAnsi="Times New Roman" w:cs="Times New Roman"/>
            <w:sz w:val="20"/>
            <w:szCs w:val="20"/>
            <w:lang w:val="ru-RU"/>
          </w:rPr>
          <w:t>.</w:t>
        </w:r>
        <w:r w:rsidRPr="00665075">
          <w:rPr>
            <w:rFonts w:ascii="Times New Roman" w:hAnsi="Times New Roman" w:cs="Times New Roman"/>
            <w:spacing w:val="-3"/>
            <w:sz w:val="20"/>
            <w:szCs w:val="20"/>
            <w:lang w:val="ru-RU"/>
          </w:rPr>
          <w:t xml:space="preserve"> </w:t>
        </w:r>
      </w:hyperlink>
      <w:proofErr w:type="spellStart"/>
      <w:r w:rsidRPr="00665075">
        <w:rPr>
          <w:rFonts w:ascii="Times New Roman" w:hAnsi="Times New Roman" w:cs="Times New Roman"/>
          <w:sz w:val="20"/>
          <w:szCs w:val="20"/>
        </w:rPr>
        <w:t>gnpbu</w:t>
      </w:r>
      <w:proofErr w:type="spellEnd"/>
      <w:r w:rsidRPr="00665075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  <w:proofErr w:type="spellStart"/>
      <w:r w:rsidRPr="00665075">
        <w:rPr>
          <w:rFonts w:ascii="Times New Roman" w:hAnsi="Times New Roman" w:cs="Times New Roman"/>
          <w:sz w:val="20"/>
          <w:szCs w:val="20"/>
        </w:rPr>
        <w:t>ru</w:t>
      </w:r>
      <w:proofErr w:type="spellEnd"/>
      <w:r w:rsidRPr="00665075">
        <w:rPr>
          <w:rFonts w:ascii="Times New Roman" w:hAnsi="Times New Roman" w:cs="Times New Roman"/>
          <w:sz w:val="20"/>
          <w:szCs w:val="20"/>
          <w:lang w:val="ru-RU"/>
        </w:rPr>
        <w:t>.);</w:t>
      </w:r>
      <w:r w:rsidRPr="00665075">
        <w:rPr>
          <w:rFonts w:ascii="Times New Roman" w:hAnsi="Times New Roman" w:cs="Times New Roman"/>
          <w:spacing w:val="-5"/>
          <w:sz w:val="20"/>
          <w:szCs w:val="20"/>
          <w:lang w:val="ru-RU"/>
        </w:rPr>
        <w:t xml:space="preserve"> </w:t>
      </w:r>
    </w:p>
    <w:p w14:paraId="12B330FE" w14:textId="77777777" w:rsidR="0077385B" w:rsidRPr="00665075" w:rsidRDefault="0077385B" w:rsidP="00665075">
      <w:pPr>
        <w:pStyle w:val="af"/>
        <w:spacing w:after="0" w:line="240" w:lineRule="auto"/>
        <w:ind w:left="106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>Русская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виртуальная</w:t>
      </w:r>
      <w:r w:rsidRPr="00665075">
        <w:rPr>
          <w:rFonts w:ascii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библиотека.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(</w:t>
      </w:r>
      <w:hyperlink r:id="rId54">
        <w:r w:rsidRPr="00665075">
          <w:rPr>
            <w:rFonts w:ascii="Times New Roman" w:hAnsi="Times New Roman" w:cs="Times New Roman"/>
            <w:sz w:val="20"/>
            <w:szCs w:val="20"/>
          </w:rPr>
          <w:t>www</w:t>
        </w:r>
        <w:r w:rsidRPr="00665075">
          <w:rPr>
            <w:rFonts w:ascii="Times New Roman" w:hAnsi="Times New Roman" w:cs="Times New Roman"/>
            <w:sz w:val="20"/>
            <w:szCs w:val="20"/>
            <w:lang w:val="ru-RU"/>
          </w:rPr>
          <w:t>.</w:t>
        </w:r>
        <w:r w:rsidRPr="00665075">
          <w:rPr>
            <w:rFonts w:ascii="Times New Roman" w:hAnsi="Times New Roman" w:cs="Times New Roman"/>
            <w:spacing w:val="-4"/>
            <w:sz w:val="20"/>
            <w:szCs w:val="20"/>
            <w:lang w:val="ru-RU"/>
          </w:rPr>
          <w:t xml:space="preserve"> </w:t>
        </w:r>
      </w:hyperlink>
      <w:proofErr w:type="spellStart"/>
      <w:r w:rsidRPr="00665075">
        <w:rPr>
          <w:rFonts w:ascii="Times New Roman" w:hAnsi="Times New Roman" w:cs="Times New Roman"/>
          <w:sz w:val="20"/>
          <w:szCs w:val="20"/>
        </w:rPr>
        <w:t>rvb</w:t>
      </w:r>
      <w:proofErr w:type="spellEnd"/>
      <w:r w:rsidRPr="00665075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665075">
        <w:rPr>
          <w:rFonts w:ascii="Times New Roman" w:hAnsi="Times New Roman" w:cs="Times New Roman"/>
          <w:spacing w:val="-4"/>
          <w:sz w:val="20"/>
          <w:szCs w:val="20"/>
          <w:lang w:val="ru-RU"/>
        </w:rPr>
        <w:t xml:space="preserve"> </w:t>
      </w:r>
      <w:proofErr w:type="spellStart"/>
      <w:r w:rsidRPr="00665075">
        <w:rPr>
          <w:rFonts w:ascii="Times New Roman" w:hAnsi="Times New Roman" w:cs="Times New Roman"/>
          <w:sz w:val="20"/>
          <w:szCs w:val="20"/>
        </w:rPr>
        <w:t>ru</w:t>
      </w:r>
      <w:proofErr w:type="spellEnd"/>
      <w:r w:rsidRPr="00665075">
        <w:rPr>
          <w:rFonts w:ascii="Times New Roman" w:hAnsi="Times New Roman" w:cs="Times New Roman"/>
          <w:sz w:val="20"/>
          <w:szCs w:val="20"/>
          <w:lang w:val="ru-RU"/>
        </w:rPr>
        <w:t>.);</w:t>
      </w:r>
    </w:p>
    <w:p w14:paraId="7F6B419B" w14:textId="77777777" w:rsidR="0077385B" w:rsidRPr="00665075" w:rsidRDefault="0077385B" w:rsidP="00665075">
      <w:pPr>
        <w:pStyle w:val="af"/>
        <w:spacing w:after="0" w:line="240" w:lineRule="auto"/>
        <w:ind w:left="106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>«Общий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текст»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(</w:t>
      </w:r>
      <w:hyperlink r:id="rId55">
        <w:r w:rsidRPr="00665075">
          <w:rPr>
            <w:rFonts w:ascii="Times New Roman" w:hAnsi="Times New Roman" w:cs="Times New Roman"/>
            <w:sz w:val="20"/>
            <w:szCs w:val="20"/>
          </w:rPr>
          <w:t>www</w:t>
        </w:r>
        <w:r w:rsidRPr="00665075">
          <w:rPr>
            <w:rFonts w:ascii="Times New Roman" w:hAnsi="Times New Roman" w:cs="Times New Roman"/>
            <w:sz w:val="20"/>
            <w:szCs w:val="20"/>
            <w:lang w:val="ru-RU"/>
          </w:rPr>
          <w:t>.</w:t>
        </w:r>
        <w:r w:rsidRPr="00665075">
          <w:rPr>
            <w:rFonts w:ascii="Times New Roman" w:hAnsi="Times New Roman" w:cs="Times New Roman"/>
            <w:spacing w:val="-3"/>
            <w:sz w:val="20"/>
            <w:szCs w:val="20"/>
            <w:lang w:val="ru-RU"/>
          </w:rPr>
          <w:t xml:space="preserve"> </w:t>
        </w:r>
      </w:hyperlink>
      <w:r w:rsidRPr="00665075">
        <w:rPr>
          <w:rFonts w:ascii="Times New Roman" w:hAnsi="Times New Roman" w:cs="Times New Roman"/>
          <w:sz w:val="20"/>
          <w:szCs w:val="20"/>
        </w:rPr>
        <w:t>text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</w:rPr>
        <w:t>net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proofErr w:type="spellStart"/>
      <w:r w:rsidRPr="00665075">
        <w:rPr>
          <w:rFonts w:ascii="Times New Roman" w:hAnsi="Times New Roman" w:cs="Times New Roman"/>
          <w:sz w:val="20"/>
          <w:szCs w:val="20"/>
        </w:rPr>
        <w:t>ru</w:t>
      </w:r>
      <w:proofErr w:type="spellEnd"/>
      <w:r w:rsidRPr="00665075">
        <w:rPr>
          <w:rFonts w:ascii="Times New Roman" w:hAnsi="Times New Roman" w:cs="Times New Roman"/>
          <w:sz w:val="20"/>
          <w:szCs w:val="20"/>
          <w:lang w:val="ru-RU"/>
        </w:rPr>
        <w:t>.)</w:t>
      </w:r>
    </w:p>
    <w:p w14:paraId="50C0E67F" w14:textId="77777777" w:rsidR="0077385B" w:rsidRPr="00665075" w:rsidRDefault="0077385B" w:rsidP="00665075">
      <w:pPr>
        <w:pStyle w:val="1"/>
        <w:spacing w:before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13577479" w14:textId="77777777" w:rsidR="0077385B" w:rsidRPr="00665075" w:rsidRDefault="00FC236C" w:rsidP="0066507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val="ru-RU" w:eastAsia="ru-RU"/>
        </w:rPr>
        <w:pict w14:anchorId="4832FC85">
          <v:rect id="Rectangle 2" o:spid="_x0000_s1027" style="position:absolute;left:0;text-align:left;margin-left:33.3pt;margin-top:22.9pt;width:528.15pt;height:.6pt;z-index:-2516561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+qdgIAAPk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rayvqn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77385B"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МАТЕРИАЛЬНО-ТЕХНИЧЕСКОЕ</w:t>
      </w:r>
      <w:r w:rsidR="0077385B" w:rsidRPr="00665075">
        <w:rPr>
          <w:rFonts w:ascii="Times New Roman" w:hAnsi="Times New Roman" w:cs="Times New Roman"/>
          <w:color w:val="auto"/>
          <w:spacing w:val="-14"/>
          <w:sz w:val="20"/>
          <w:szCs w:val="20"/>
          <w:lang w:val="ru-RU"/>
        </w:rPr>
        <w:t xml:space="preserve"> </w:t>
      </w:r>
      <w:r w:rsidR="0077385B"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ОБЕСПЕЧЕНИЕ</w:t>
      </w:r>
      <w:r w:rsidR="0077385B" w:rsidRPr="00665075">
        <w:rPr>
          <w:rFonts w:ascii="Times New Roman" w:hAnsi="Times New Roman" w:cs="Times New Roman"/>
          <w:color w:val="auto"/>
          <w:spacing w:val="-13"/>
          <w:sz w:val="20"/>
          <w:szCs w:val="20"/>
          <w:lang w:val="ru-RU"/>
        </w:rPr>
        <w:t xml:space="preserve"> </w:t>
      </w:r>
      <w:r w:rsidR="0077385B"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ОБРАЗОВАТЕЛЬНОГО</w:t>
      </w:r>
      <w:r w:rsidR="0077385B" w:rsidRPr="00665075">
        <w:rPr>
          <w:rFonts w:ascii="Times New Roman" w:hAnsi="Times New Roman" w:cs="Times New Roman"/>
          <w:color w:val="auto"/>
          <w:spacing w:val="-14"/>
          <w:sz w:val="20"/>
          <w:szCs w:val="20"/>
          <w:lang w:val="ru-RU"/>
        </w:rPr>
        <w:t xml:space="preserve"> </w:t>
      </w:r>
      <w:r w:rsidR="0077385B"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ПРОЦЕССА</w:t>
      </w:r>
    </w:p>
    <w:p w14:paraId="1D1C13BC" w14:textId="77777777" w:rsidR="0077385B" w:rsidRPr="00665075" w:rsidRDefault="0077385B" w:rsidP="00665075">
      <w:pPr>
        <w:spacing w:after="0" w:line="240" w:lineRule="auto"/>
        <w:ind w:left="10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b/>
          <w:sz w:val="20"/>
          <w:szCs w:val="20"/>
          <w:lang w:val="ru-RU"/>
        </w:rPr>
        <w:t>УЧЕБНОЕ</w:t>
      </w:r>
      <w:r w:rsidRPr="00665075">
        <w:rPr>
          <w:rFonts w:ascii="Times New Roman" w:hAnsi="Times New Roman" w:cs="Times New Roman"/>
          <w:b/>
          <w:spacing w:val="-9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b/>
          <w:sz w:val="20"/>
          <w:szCs w:val="20"/>
          <w:lang w:val="ru-RU"/>
        </w:rPr>
        <w:t>ОБОРУДОВАНИЕ</w:t>
      </w:r>
    </w:p>
    <w:p w14:paraId="592DDB9A" w14:textId="77777777" w:rsidR="0077385B" w:rsidRPr="00665075" w:rsidRDefault="0077385B" w:rsidP="00665075">
      <w:pPr>
        <w:pStyle w:val="af"/>
        <w:spacing w:after="0" w:line="240" w:lineRule="auto"/>
        <w:ind w:left="106" w:right="30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sz w:val="20"/>
          <w:szCs w:val="20"/>
          <w:lang w:val="ru-RU"/>
        </w:rPr>
        <w:t>Наборы сюжетных картинок в соответствии с тематикой, определённой в примерной программе по</w:t>
      </w:r>
      <w:r w:rsidRPr="00665075">
        <w:rPr>
          <w:rFonts w:ascii="Times New Roman" w:hAnsi="Times New Roman" w:cs="Times New Roman"/>
          <w:spacing w:val="-58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литературному чтению (в том числе в цифровой форме). Словари по русскому языку Репродукции</w:t>
      </w:r>
      <w:r w:rsidRPr="00665075">
        <w:rPr>
          <w:rFonts w:ascii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картин и художественные фотографии в соответствии с программой по литературному чтению (в</w:t>
      </w:r>
      <w:r w:rsidRPr="00665075">
        <w:rPr>
          <w:rFonts w:ascii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том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числе</w:t>
      </w:r>
      <w:r w:rsidRPr="00665075">
        <w:rPr>
          <w:rFonts w:ascii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в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цифровой</w:t>
      </w:r>
      <w:r w:rsidRPr="00665075">
        <w:rPr>
          <w:rFonts w:ascii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форме).</w:t>
      </w:r>
      <w:r w:rsidRPr="00665075">
        <w:rPr>
          <w:rFonts w:ascii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Детские</w:t>
      </w:r>
      <w:r w:rsidRPr="00665075">
        <w:rPr>
          <w:rFonts w:ascii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книги</w:t>
      </w:r>
      <w:r w:rsidRPr="00665075">
        <w:rPr>
          <w:rFonts w:ascii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разных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типов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из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круга</w:t>
      </w:r>
      <w:r w:rsidRPr="00665075">
        <w:rPr>
          <w:rFonts w:ascii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детского</w:t>
      </w:r>
      <w:r w:rsidRPr="00665075">
        <w:rPr>
          <w:rFonts w:ascii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чтения</w:t>
      </w:r>
      <w:r w:rsidRPr="00665075">
        <w:rPr>
          <w:rFonts w:ascii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(эл.</w:t>
      </w:r>
      <w:r w:rsidRPr="00665075">
        <w:rPr>
          <w:rFonts w:ascii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sz w:val="20"/>
          <w:szCs w:val="20"/>
          <w:lang w:val="ru-RU"/>
        </w:rPr>
        <w:t>вариант)</w:t>
      </w:r>
    </w:p>
    <w:p w14:paraId="4F4E87A6" w14:textId="77777777" w:rsidR="0077385B" w:rsidRPr="00665075" w:rsidRDefault="0077385B" w:rsidP="0066507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ОБОРУДОВАНИЕ</w:t>
      </w:r>
      <w:r w:rsidRPr="00665075">
        <w:rPr>
          <w:rFonts w:ascii="Times New Roman" w:hAnsi="Times New Roman" w:cs="Times New Roman"/>
          <w:color w:val="auto"/>
          <w:spacing w:val="-10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ДЛЯ</w:t>
      </w:r>
      <w:r w:rsidRPr="00665075">
        <w:rPr>
          <w:rFonts w:ascii="Times New Roman" w:hAnsi="Times New Roman" w:cs="Times New Roman"/>
          <w:color w:val="auto"/>
          <w:spacing w:val="-9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ПРОВЕДЕНИЯ</w:t>
      </w:r>
      <w:r w:rsidRPr="00665075">
        <w:rPr>
          <w:rFonts w:ascii="Times New Roman" w:hAnsi="Times New Roman" w:cs="Times New Roman"/>
          <w:color w:val="auto"/>
          <w:spacing w:val="-10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ЛАБОРАТОРНЫХ,</w:t>
      </w:r>
      <w:r w:rsidRPr="00665075">
        <w:rPr>
          <w:rFonts w:ascii="Times New Roman" w:hAnsi="Times New Roman" w:cs="Times New Roman"/>
          <w:color w:val="auto"/>
          <w:spacing w:val="-8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ПРАКТИЧЕСКИХ</w:t>
      </w:r>
      <w:r w:rsidRPr="00665075">
        <w:rPr>
          <w:rFonts w:ascii="Times New Roman" w:hAnsi="Times New Roman" w:cs="Times New Roman"/>
          <w:color w:val="auto"/>
          <w:spacing w:val="-10"/>
          <w:sz w:val="20"/>
          <w:szCs w:val="20"/>
          <w:lang w:val="ru-RU"/>
        </w:rPr>
        <w:t xml:space="preserve"> </w:t>
      </w:r>
      <w:proofErr w:type="gramStart"/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РАБОТ,</w:t>
      </w:r>
      <w:r w:rsidRPr="00665075">
        <w:rPr>
          <w:rFonts w:ascii="Times New Roman" w:hAnsi="Times New Roman" w:cs="Times New Roman"/>
          <w:color w:val="auto"/>
          <w:spacing w:val="-57"/>
          <w:sz w:val="20"/>
          <w:szCs w:val="20"/>
          <w:lang w:val="ru-RU"/>
        </w:rPr>
        <w:t xml:space="preserve"> </w:t>
      </w:r>
      <w:r w:rsidR="00401331">
        <w:rPr>
          <w:rFonts w:ascii="Times New Roman" w:hAnsi="Times New Roman" w:cs="Times New Roman"/>
          <w:color w:val="auto"/>
          <w:spacing w:val="-57"/>
          <w:sz w:val="20"/>
          <w:szCs w:val="20"/>
          <w:lang w:val="ru-RU"/>
        </w:rPr>
        <w:t xml:space="preserve"> </w:t>
      </w:r>
      <w:r w:rsidRPr="00665075">
        <w:rPr>
          <w:rFonts w:ascii="Times New Roman" w:hAnsi="Times New Roman" w:cs="Times New Roman"/>
          <w:color w:val="auto"/>
          <w:sz w:val="20"/>
          <w:szCs w:val="20"/>
          <w:lang w:val="ru-RU"/>
        </w:rPr>
        <w:t>ДЕМОНСТРАЦИЙ</w:t>
      </w:r>
      <w:proofErr w:type="gramEnd"/>
    </w:p>
    <w:p w14:paraId="12B6C9F1" w14:textId="77777777" w:rsidR="0077385B" w:rsidRPr="00665075" w:rsidRDefault="0077385B" w:rsidP="00665075">
      <w:pPr>
        <w:pStyle w:val="af"/>
        <w:spacing w:after="0" w:line="240" w:lineRule="auto"/>
        <w:ind w:left="106"/>
        <w:rPr>
          <w:rFonts w:ascii="Times New Roman" w:hAnsi="Times New Roman" w:cs="Times New Roman"/>
          <w:sz w:val="20"/>
          <w:szCs w:val="20"/>
        </w:rPr>
      </w:pPr>
      <w:proofErr w:type="spellStart"/>
      <w:r w:rsidRPr="00665075">
        <w:rPr>
          <w:rFonts w:ascii="Times New Roman" w:hAnsi="Times New Roman" w:cs="Times New Roman"/>
          <w:sz w:val="20"/>
          <w:szCs w:val="20"/>
        </w:rPr>
        <w:t>Персональный</w:t>
      </w:r>
      <w:proofErr w:type="spellEnd"/>
      <w:r w:rsidRPr="00665075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665075">
        <w:rPr>
          <w:rFonts w:ascii="Times New Roman" w:hAnsi="Times New Roman" w:cs="Times New Roman"/>
          <w:sz w:val="20"/>
          <w:szCs w:val="20"/>
        </w:rPr>
        <w:t>компьютер</w:t>
      </w:r>
      <w:proofErr w:type="spellEnd"/>
      <w:r w:rsidRPr="00665075">
        <w:rPr>
          <w:rFonts w:ascii="Times New Roman" w:hAnsi="Times New Roman" w:cs="Times New Roman"/>
          <w:sz w:val="20"/>
          <w:szCs w:val="20"/>
        </w:rPr>
        <w:t>.</w:t>
      </w:r>
    </w:p>
    <w:sectPr w:rsidR="0077385B" w:rsidRPr="00665075" w:rsidSect="0077385B">
      <w:pgSz w:w="16840" w:h="11900" w:orient="landscape"/>
      <w:pgMar w:top="608" w:right="1440" w:bottom="1440" w:left="6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CB758" w14:textId="77777777" w:rsidR="00FC236C" w:rsidRDefault="00FC236C">
      <w:pPr>
        <w:spacing w:after="0" w:line="240" w:lineRule="auto"/>
      </w:pPr>
      <w:r>
        <w:separator/>
      </w:r>
    </w:p>
  </w:endnote>
  <w:endnote w:type="continuationSeparator" w:id="0">
    <w:p w14:paraId="2FC17E24" w14:textId="77777777" w:rsidR="00FC236C" w:rsidRDefault="00FC2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9B019" w14:textId="77777777" w:rsidR="00FC236C" w:rsidRDefault="00FC236C">
      <w:pPr>
        <w:spacing w:after="0" w:line="240" w:lineRule="auto"/>
      </w:pPr>
      <w:r>
        <w:separator/>
      </w:r>
    </w:p>
  </w:footnote>
  <w:footnote w:type="continuationSeparator" w:id="0">
    <w:p w14:paraId="7B5D13BA" w14:textId="77777777" w:rsidR="00FC236C" w:rsidRDefault="00FC2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1D91D0F"/>
    <w:multiLevelType w:val="hybridMultilevel"/>
    <w:tmpl w:val="246EF114"/>
    <w:lvl w:ilvl="0" w:tplc="4FB0775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EA87A4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3DF8DDE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D0CA557C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D6FE52B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55C616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DB587EF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72EEA76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2140122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61BB0507"/>
    <w:multiLevelType w:val="hybridMultilevel"/>
    <w:tmpl w:val="3BBE604A"/>
    <w:lvl w:ilvl="0" w:tplc="6C5C73BE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C2A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BAA9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C9E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8869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ED8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763D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BA10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C7F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730"/>
    <w:rsid w:val="00034616"/>
    <w:rsid w:val="0006063C"/>
    <w:rsid w:val="000B4CB0"/>
    <w:rsid w:val="000C59AA"/>
    <w:rsid w:val="0015074B"/>
    <w:rsid w:val="001939EB"/>
    <w:rsid w:val="00270998"/>
    <w:rsid w:val="00274758"/>
    <w:rsid w:val="00283F43"/>
    <w:rsid w:val="0029639D"/>
    <w:rsid w:val="00326F90"/>
    <w:rsid w:val="00401331"/>
    <w:rsid w:val="0051163A"/>
    <w:rsid w:val="00531D67"/>
    <w:rsid w:val="00665075"/>
    <w:rsid w:val="00682AFF"/>
    <w:rsid w:val="0073037F"/>
    <w:rsid w:val="007557C6"/>
    <w:rsid w:val="0076005E"/>
    <w:rsid w:val="0076032D"/>
    <w:rsid w:val="00762D19"/>
    <w:rsid w:val="0077385B"/>
    <w:rsid w:val="007D7C0D"/>
    <w:rsid w:val="00871023"/>
    <w:rsid w:val="00916177"/>
    <w:rsid w:val="00A2666D"/>
    <w:rsid w:val="00A81B1D"/>
    <w:rsid w:val="00AA1D8D"/>
    <w:rsid w:val="00B47730"/>
    <w:rsid w:val="00BB468D"/>
    <w:rsid w:val="00C87DF7"/>
    <w:rsid w:val="00CB0664"/>
    <w:rsid w:val="00CD7B30"/>
    <w:rsid w:val="00DE1132"/>
    <w:rsid w:val="00DE5CB6"/>
    <w:rsid w:val="00E45530"/>
    <w:rsid w:val="00E570D7"/>
    <w:rsid w:val="00FC236C"/>
    <w:rsid w:val="00FC693F"/>
    <w:rsid w:val="00FF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7739B712"/>
  <w15:docId w15:val="{97F3C486-C6E6-40A6-810A-168498203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0B4CB0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4"/>
    <w:uiPriority w:val="99"/>
    <w:semiHidden/>
    <w:unhideWhenUsed/>
    <w:rsid w:val="00FF1BF0"/>
  </w:style>
  <w:style w:type="paragraph" w:styleId="aff8">
    <w:name w:val="Normal (Web)"/>
    <w:basedOn w:val="a1"/>
    <w:uiPriority w:val="99"/>
    <w:semiHidden/>
    <w:unhideWhenUsed/>
    <w:rsid w:val="00FF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77385B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738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styleId="aff9">
    <w:name w:val="Hyperlink"/>
    <w:basedOn w:val="a2"/>
    <w:uiPriority w:val="99"/>
    <w:unhideWhenUsed/>
    <w:rsid w:val="0077385B"/>
    <w:rPr>
      <w:color w:val="0000FF" w:themeColor="hyperlink"/>
      <w:u w:val="single"/>
    </w:rPr>
  </w:style>
  <w:style w:type="paragraph" w:customStyle="1" w:styleId="110">
    <w:name w:val="Заголовок 11"/>
    <w:basedOn w:val="a1"/>
    <w:uiPriority w:val="1"/>
    <w:qFormat/>
    <w:rsid w:val="00682AFF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iki.rdf.ru/" TargetMode="External"/><Relationship Id="rId18" Type="http://schemas.openxmlformats.org/officeDocument/2006/relationships/hyperlink" Target="http://musabiqe.edu.az" TargetMode="External"/><Relationship Id="rId26" Type="http://schemas.openxmlformats.org/officeDocument/2006/relationships/hyperlink" Target="http://musabiqe.edu.az" TargetMode="External"/><Relationship Id="rId39" Type="http://schemas.openxmlformats.org/officeDocument/2006/relationships/hyperlink" Target="http://www.4stupeni.ru" TargetMode="External"/><Relationship Id="rId21" Type="http://schemas.openxmlformats.org/officeDocument/2006/relationships/hyperlink" Target="http://viki.rdf.ru/" TargetMode="External"/><Relationship Id="rId34" Type="http://schemas.openxmlformats.org/officeDocument/2006/relationships/hyperlink" Target="http://musabiqe.edu.az" TargetMode="External"/><Relationship Id="rId42" Type="http://schemas.openxmlformats.org/officeDocument/2006/relationships/hyperlink" Target="http://musabiqe.edu.az" TargetMode="External"/><Relationship Id="rId47" Type="http://schemas.openxmlformats.org/officeDocument/2006/relationships/hyperlink" Target="http://www.4stupeni.ru" TargetMode="External"/><Relationship Id="rId50" Type="http://schemas.openxmlformats.org/officeDocument/2006/relationships/hyperlink" Target="http://musabiqe.edu.az" TargetMode="External"/><Relationship Id="rId55" Type="http://schemas.openxmlformats.org/officeDocument/2006/relationships/hyperlink" Target="http://www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rudovik.ucoz.ua" TargetMode="External"/><Relationship Id="rId29" Type="http://schemas.openxmlformats.org/officeDocument/2006/relationships/hyperlink" Target="http://viki.rdf.ru/" TargetMode="External"/><Relationship Id="rId11" Type="http://schemas.openxmlformats.org/officeDocument/2006/relationships/hyperlink" Target="http://www.4stupeni.ru" TargetMode="External"/><Relationship Id="rId24" Type="http://schemas.openxmlformats.org/officeDocument/2006/relationships/hyperlink" Target="http://trudovik.ucoz.ua" TargetMode="External"/><Relationship Id="rId32" Type="http://schemas.openxmlformats.org/officeDocument/2006/relationships/hyperlink" Target="http://trudovik.ucoz.ua" TargetMode="External"/><Relationship Id="rId37" Type="http://schemas.openxmlformats.org/officeDocument/2006/relationships/hyperlink" Target="http://viki.rdf.ru/" TargetMode="External"/><Relationship Id="rId40" Type="http://schemas.openxmlformats.org/officeDocument/2006/relationships/hyperlink" Target="http://trudovik.ucoz.ua" TargetMode="External"/><Relationship Id="rId45" Type="http://schemas.openxmlformats.org/officeDocument/2006/relationships/hyperlink" Target="http://viki.rdf.ru/" TargetMode="External"/><Relationship Id="rId53" Type="http://schemas.openxmlformats.org/officeDocument/2006/relationships/hyperlink" Target="http://www/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://www.4stupen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ki.rdf.ru/" TargetMode="External"/><Relationship Id="rId14" Type="http://schemas.openxmlformats.org/officeDocument/2006/relationships/hyperlink" Target="http://musabiqe.edu.az" TargetMode="External"/><Relationship Id="rId22" Type="http://schemas.openxmlformats.org/officeDocument/2006/relationships/hyperlink" Target="http://musabiqe.edu.az" TargetMode="External"/><Relationship Id="rId27" Type="http://schemas.openxmlformats.org/officeDocument/2006/relationships/hyperlink" Target="http://www.4stupeni.ru" TargetMode="External"/><Relationship Id="rId30" Type="http://schemas.openxmlformats.org/officeDocument/2006/relationships/hyperlink" Target="http://musabiqe.edu.az" TargetMode="External"/><Relationship Id="rId35" Type="http://schemas.openxmlformats.org/officeDocument/2006/relationships/hyperlink" Target="http://www.4stupeni.ru" TargetMode="External"/><Relationship Id="rId43" Type="http://schemas.openxmlformats.org/officeDocument/2006/relationships/hyperlink" Target="http://www.4stupeni.ru" TargetMode="External"/><Relationship Id="rId48" Type="http://schemas.openxmlformats.org/officeDocument/2006/relationships/hyperlink" Target="http://trudovik.ucoz.ua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4stupeni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trudovik.ucoz.ua" TargetMode="External"/><Relationship Id="rId17" Type="http://schemas.openxmlformats.org/officeDocument/2006/relationships/hyperlink" Target="http://viki.rdf.ru/" TargetMode="External"/><Relationship Id="rId25" Type="http://schemas.openxmlformats.org/officeDocument/2006/relationships/hyperlink" Target="http://viki.rdf.ru/" TargetMode="External"/><Relationship Id="rId33" Type="http://schemas.openxmlformats.org/officeDocument/2006/relationships/hyperlink" Target="http://viki.rdf.ru/" TargetMode="External"/><Relationship Id="rId38" Type="http://schemas.openxmlformats.org/officeDocument/2006/relationships/hyperlink" Target="http://musabiqe.edu.az" TargetMode="External"/><Relationship Id="rId46" Type="http://schemas.openxmlformats.org/officeDocument/2006/relationships/hyperlink" Target="http://musabiqe.edu.az" TargetMode="External"/><Relationship Id="rId20" Type="http://schemas.openxmlformats.org/officeDocument/2006/relationships/hyperlink" Target="http://trudovik.ucoz.ua" TargetMode="External"/><Relationship Id="rId41" Type="http://schemas.openxmlformats.org/officeDocument/2006/relationships/hyperlink" Target="http://viki.rdf.ru/" TargetMode="External"/><Relationship Id="rId54" Type="http://schemas.openxmlformats.org/officeDocument/2006/relationships/hyperlink" Target="http://ww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4stupeni.ru" TargetMode="External"/><Relationship Id="rId23" Type="http://schemas.openxmlformats.org/officeDocument/2006/relationships/hyperlink" Target="http://www.4stupeni.ru" TargetMode="External"/><Relationship Id="rId28" Type="http://schemas.openxmlformats.org/officeDocument/2006/relationships/hyperlink" Target="http://trudovik.ucoz.ua" TargetMode="External"/><Relationship Id="rId36" Type="http://schemas.openxmlformats.org/officeDocument/2006/relationships/hyperlink" Target="http://trudovik.ucoz.ua" TargetMode="External"/><Relationship Id="rId49" Type="http://schemas.openxmlformats.org/officeDocument/2006/relationships/hyperlink" Target="http://viki.rdf.ru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musabiqe.edu.az" TargetMode="External"/><Relationship Id="rId31" Type="http://schemas.openxmlformats.org/officeDocument/2006/relationships/hyperlink" Target="http://www.4stupeni.ru" TargetMode="External"/><Relationship Id="rId44" Type="http://schemas.openxmlformats.org/officeDocument/2006/relationships/hyperlink" Target="http://trudovik.ucoz.ua" TargetMode="External"/><Relationship Id="rId52" Type="http://schemas.openxmlformats.org/officeDocument/2006/relationships/hyperlink" Target="http://trudovik.ucoz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8AD7DA-89AF-4304-80ED-E79580CDB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8770</Words>
  <Characters>49994</Characters>
  <Application>Microsoft Office Word</Application>
  <DocSecurity>0</DocSecurity>
  <Lines>416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58647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Людмила Абеева</cp:lastModifiedBy>
  <cp:revision>5</cp:revision>
  <dcterms:created xsi:type="dcterms:W3CDTF">2023-07-14T18:12:00Z</dcterms:created>
  <dcterms:modified xsi:type="dcterms:W3CDTF">2023-10-17T10:32:00Z</dcterms:modified>
</cp:coreProperties>
</file>